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1BB9D" w14:textId="77777777" w:rsidR="00A95F7A" w:rsidRPr="00C25D28" w:rsidRDefault="003177E0">
      <w:pPr>
        <w:spacing w:after="80"/>
        <w:jc w:val="center"/>
        <w:rPr>
          <w:szCs w:val="24"/>
        </w:rPr>
      </w:pPr>
      <w:r w:rsidRPr="00C25D28">
        <w:rPr>
          <w:b/>
          <w:szCs w:val="24"/>
        </w:rPr>
        <w:t>E L Ő T E R J E S Z T É S</w:t>
      </w:r>
    </w:p>
    <w:p w14:paraId="32A73CEB" w14:textId="5F7615D7" w:rsidR="00A95F7A" w:rsidRPr="00C25D28" w:rsidRDefault="003177E0">
      <w:pPr>
        <w:spacing w:after="80"/>
        <w:jc w:val="center"/>
        <w:rPr>
          <w:szCs w:val="24"/>
        </w:rPr>
      </w:pPr>
      <w:r w:rsidRPr="00C25D28">
        <w:rPr>
          <w:szCs w:val="24"/>
        </w:rPr>
        <w:t xml:space="preserve">a </w:t>
      </w:r>
      <w:proofErr w:type="spellStart"/>
      <w:r w:rsidRPr="00C25D28">
        <w:rPr>
          <w:szCs w:val="24"/>
        </w:rPr>
        <w:t>Zalacsányi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Közös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Önkormányzati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Hivatalt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fenntartó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Képviselő-testületek</w:t>
      </w:r>
      <w:proofErr w:type="spellEnd"/>
      <w:r w:rsidRPr="00C25D28">
        <w:rPr>
          <w:szCs w:val="24"/>
        </w:rPr>
        <w:t xml:space="preserve"> 2026</w:t>
      </w:r>
      <w:r w:rsidR="00E316F8" w:rsidRPr="00C25D28">
        <w:rPr>
          <w:szCs w:val="24"/>
        </w:rPr>
        <w:t xml:space="preserve">. </w:t>
      </w:r>
      <w:proofErr w:type="spellStart"/>
      <w:r w:rsidR="00847A87" w:rsidRPr="00C25D28">
        <w:rPr>
          <w:szCs w:val="24"/>
        </w:rPr>
        <w:t>szeptember</w:t>
      </w:r>
      <w:proofErr w:type="spellEnd"/>
      <w:r w:rsidR="00847A87" w:rsidRPr="00C25D28">
        <w:rPr>
          <w:szCs w:val="24"/>
        </w:rPr>
        <w:t xml:space="preserve"> 23-</w:t>
      </w:r>
      <w:r w:rsidRPr="00C25D28">
        <w:rPr>
          <w:szCs w:val="24"/>
        </w:rPr>
        <w:t xml:space="preserve">i </w:t>
      </w:r>
      <w:proofErr w:type="spellStart"/>
      <w:r w:rsidRPr="00C25D28">
        <w:rPr>
          <w:szCs w:val="24"/>
        </w:rPr>
        <w:t>együttes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ülésére</w:t>
      </w:r>
      <w:proofErr w:type="spellEnd"/>
    </w:p>
    <w:p w14:paraId="70445ACA" w14:textId="77777777" w:rsidR="00847A87" w:rsidRPr="00C25D28" w:rsidRDefault="00847A87">
      <w:pPr>
        <w:spacing w:after="80"/>
        <w:jc w:val="center"/>
        <w:rPr>
          <w:szCs w:val="24"/>
        </w:rPr>
      </w:pPr>
    </w:p>
    <w:p w14:paraId="54D8D6C4" w14:textId="4604513F" w:rsidR="00A95F7A" w:rsidRPr="00C25D28" w:rsidRDefault="003177E0">
      <w:pPr>
        <w:spacing w:after="80"/>
        <w:jc w:val="both"/>
        <w:rPr>
          <w:szCs w:val="24"/>
        </w:rPr>
      </w:pPr>
      <w:proofErr w:type="spellStart"/>
      <w:r w:rsidRPr="00C25D28">
        <w:rPr>
          <w:b/>
          <w:szCs w:val="24"/>
        </w:rPr>
        <w:t>Tárgy</w:t>
      </w:r>
      <w:proofErr w:type="spellEnd"/>
      <w:r w:rsidRPr="00C25D28">
        <w:rPr>
          <w:b/>
          <w:szCs w:val="24"/>
        </w:rPr>
        <w:t>: A</w:t>
      </w:r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Zalacsányi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Közös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Önkormányzati</w:t>
      </w:r>
      <w:proofErr w:type="spellEnd"/>
      <w:r w:rsidR="009677CE" w:rsidRPr="00C25D28">
        <w:rPr>
          <w:b/>
          <w:szCs w:val="24"/>
        </w:rPr>
        <w:t xml:space="preserve"> Hivatal </w:t>
      </w:r>
      <w:proofErr w:type="spellStart"/>
      <w:r w:rsidR="009677CE" w:rsidRPr="00C25D28">
        <w:rPr>
          <w:b/>
          <w:szCs w:val="24"/>
        </w:rPr>
        <w:t>létszámának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és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feladatellátásának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felülvizsgálata</w:t>
      </w:r>
      <w:proofErr w:type="spellEnd"/>
      <w:r w:rsidR="009677CE" w:rsidRPr="00C25D28">
        <w:rPr>
          <w:b/>
          <w:szCs w:val="24"/>
        </w:rPr>
        <w:t xml:space="preserve">, a </w:t>
      </w:r>
      <w:proofErr w:type="spellStart"/>
      <w:r w:rsidR="009677CE" w:rsidRPr="00C25D28">
        <w:rPr>
          <w:b/>
          <w:szCs w:val="24"/>
        </w:rPr>
        <w:t>hivatal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átszervezése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létszámcsökkentéssel</w:t>
      </w:r>
      <w:proofErr w:type="spellEnd"/>
      <w:r w:rsidR="009677CE" w:rsidRPr="00C25D28">
        <w:rPr>
          <w:b/>
          <w:szCs w:val="24"/>
        </w:rPr>
        <w:t xml:space="preserve"> </w:t>
      </w:r>
      <w:proofErr w:type="spellStart"/>
      <w:r w:rsidR="009677CE" w:rsidRPr="00C25D28">
        <w:rPr>
          <w:b/>
          <w:szCs w:val="24"/>
        </w:rPr>
        <w:t>és</w:t>
      </w:r>
      <w:proofErr w:type="spellEnd"/>
      <w:r w:rsidR="009677CE" w:rsidRPr="00C25D28">
        <w:rPr>
          <w:b/>
          <w:szCs w:val="24"/>
        </w:rPr>
        <w:t xml:space="preserve"> a</w:t>
      </w:r>
      <w:r w:rsidRPr="00C25D28">
        <w:rPr>
          <w:b/>
          <w:szCs w:val="24"/>
        </w:rPr>
        <w:t xml:space="preserve"> </w:t>
      </w:r>
      <w:proofErr w:type="spellStart"/>
      <w:r w:rsidRPr="00C25D28">
        <w:rPr>
          <w:b/>
          <w:szCs w:val="24"/>
        </w:rPr>
        <w:t>Zalacsányi</w:t>
      </w:r>
      <w:proofErr w:type="spellEnd"/>
      <w:r w:rsidRPr="00C25D28">
        <w:rPr>
          <w:b/>
          <w:szCs w:val="24"/>
        </w:rPr>
        <w:t xml:space="preserve"> </w:t>
      </w:r>
      <w:proofErr w:type="spellStart"/>
      <w:r w:rsidRPr="00C25D28">
        <w:rPr>
          <w:b/>
          <w:szCs w:val="24"/>
        </w:rPr>
        <w:t>Közös</w:t>
      </w:r>
      <w:proofErr w:type="spellEnd"/>
      <w:r w:rsidRPr="00C25D28">
        <w:rPr>
          <w:b/>
          <w:szCs w:val="24"/>
        </w:rPr>
        <w:t xml:space="preserve"> </w:t>
      </w:r>
      <w:proofErr w:type="spellStart"/>
      <w:r w:rsidRPr="00C25D28">
        <w:rPr>
          <w:b/>
          <w:szCs w:val="24"/>
        </w:rPr>
        <w:t>Önkormányzati</w:t>
      </w:r>
      <w:proofErr w:type="spellEnd"/>
      <w:r w:rsidRPr="00C25D28">
        <w:rPr>
          <w:b/>
          <w:szCs w:val="24"/>
        </w:rPr>
        <w:t xml:space="preserve"> </w:t>
      </w:r>
      <w:proofErr w:type="spellStart"/>
      <w:r w:rsidRPr="00C25D28">
        <w:rPr>
          <w:b/>
          <w:szCs w:val="24"/>
        </w:rPr>
        <w:t>Hivatalt</w:t>
      </w:r>
      <w:proofErr w:type="spellEnd"/>
      <w:r w:rsidRPr="00C25D28">
        <w:rPr>
          <w:b/>
          <w:szCs w:val="24"/>
        </w:rPr>
        <w:t xml:space="preserve"> létrehozó megállapodás és a Hivatal Szervezeti és Működési Szabályzatának módosítása 2027. január 1. napjától</w:t>
      </w:r>
    </w:p>
    <w:p w14:paraId="1DB3FD6A" w14:textId="77777777" w:rsidR="00A95F7A" w:rsidRPr="00C25D28" w:rsidRDefault="003177E0">
      <w:pPr>
        <w:spacing w:after="80"/>
        <w:jc w:val="both"/>
        <w:rPr>
          <w:szCs w:val="24"/>
        </w:rPr>
      </w:pPr>
      <w:proofErr w:type="spellStart"/>
      <w:r w:rsidRPr="00C25D28">
        <w:rPr>
          <w:szCs w:val="24"/>
        </w:rPr>
        <w:t>Előterjesztő</w:t>
      </w:r>
      <w:proofErr w:type="spellEnd"/>
      <w:r w:rsidRPr="00C25D28">
        <w:rPr>
          <w:szCs w:val="24"/>
        </w:rPr>
        <w:t xml:space="preserve">: Nagy Lászlóné, </w:t>
      </w:r>
      <w:proofErr w:type="spellStart"/>
      <w:r w:rsidRPr="00C25D28">
        <w:rPr>
          <w:szCs w:val="24"/>
        </w:rPr>
        <w:t>Zalacsány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község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polgármestere</w:t>
      </w:r>
      <w:proofErr w:type="spellEnd"/>
    </w:p>
    <w:p w14:paraId="417FDA10" w14:textId="76AEFE25" w:rsidR="0074097F" w:rsidRPr="00C25D28" w:rsidRDefault="0074097F">
      <w:pPr>
        <w:spacing w:after="80"/>
        <w:jc w:val="both"/>
        <w:rPr>
          <w:szCs w:val="24"/>
        </w:rPr>
      </w:pPr>
      <w:r w:rsidRPr="00C25D28">
        <w:rPr>
          <w:szCs w:val="24"/>
        </w:rPr>
        <w:t xml:space="preserve">Az </w:t>
      </w:r>
      <w:proofErr w:type="spellStart"/>
      <w:r w:rsidRPr="00C25D28">
        <w:rPr>
          <w:szCs w:val="24"/>
        </w:rPr>
        <w:t>előter</w:t>
      </w:r>
      <w:r w:rsidR="008F74B8" w:rsidRPr="00C25D28">
        <w:rPr>
          <w:szCs w:val="24"/>
        </w:rPr>
        <w:t>j</w:t>
      </w:r>
      <w:r w:rsidRPr="00C25D28">
        <w:rPr>
          <w:szCs w:val="24"/>
        </w:rPr>
        <w:t>esztést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készítette</w:t>
      </w:r>
      <w:proofErr w:type="spellEnd"/>
      <w:r w:rsidRPr="00C25D28">
        <w:rPr>
          <w:szCs w:val="24"/>
        </w:rPr>
        <w:t xml:space="preserve">: dr. </w:t>
      </w:r>
      <w:proofErr w:type="spellStart"/>
      <w:r w:rsidRPr="00C25D28">
        <w:rPr>
          <w:szCs w:val="24"/>
        </w:rPr>
        <w:t>Prótár</w:t>
      </w:r>
      <w:proofErr w:type="spellEnd"/>
      <w:r w:rsidRPr="00C25D28">
        <w:rPr>
          <w:szCs w:val="24"/>
        </w:rPr>
        <w:t xml:space="preserve"> Henrietta </w:t>
      </w:r>
      <w:proofErr w:type="spellStart"/>
      <w:r w:rsidRPr="00C25D28">
        <w:rPr>
          <w:szCs w:val="24"/>
        </w:rPr>
        <w:t>jegyző</w:t>
      </w:r>
      <w:proofErr w:type="spellEnd"/>
    </w:p>
    <w:p w14:paraId="273352E1" w14:textId="77777777" w:rsidR="00847A87" w:rsidRPr="00C25D28" w:rsidRDefault="00847A87">
      <w:pPr>
        <w:spacing w:after="80"/>
        <w:jc w:val="both"/>
        <w:rPr>
          <w:szCs w:val="24"/>
        </w:rPr>
      </w:pPr>
    </w:p>
    <w:p w14:paraId="1D0D87AD" w14:textId="77777777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b/>
          <w:szCs w:val="24"/>
        </w:rPr>
        <w:t>Tisztelt Képviselő-testületek!</w:t>
      </w:r>
    </w:p>
    <w:p w14:paraId="2B1ACC38" w14:textId="77777777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>A Zalacsányi Közös Önkormányzati Hivalt Zalacsány, Ligetfalva, Nemesbük és Zalaköveskút községek önkormányzatai tartják fenn. A Hivatal székhelye Zalacsányban található, Nemesbükön állandó kirendeltség működik.</w:t>
      </w:r>
    </w:p>
    <w:p w14:paraId="3E19480D" w14:textId="4B3115EF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 xml:space="preserve">A hatályos megállapodás szerint a Hivatal szakmai létszáma 8 fő: 1 fő jegyző </w:t>
      </w:r>
      <w:proofErr w:type="spellStart"/>
      <w:r w:rsidRPr="00C25D28">
        <w:rPr>
          <w:szCs w:val="24"/>
        </w:rPr>
        <w:t>és</w:t>
      </w:r>
      <w:proofErr w:type="spellEnd"/>
      <w:r w:rsidRPr="00C25D28">
        <w:rPr>
          <w:szCs w:val="24"/>
        </w:rPr>
        <w:t xml:space="preserve"> 7 </w:t>
      </w:r>
      <w:proofErr w:type="spellStart"/>
      <w:r w:rsidRPr="00C25D28">
        <w:rPr>
          <w:szCs w:val="24"/>
        </w:rPr>
        <w:t>fő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köztisztviselő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ebből</w:t>
      </w:r>
      <w:proofErr w:type="spellEnd"/>
      <w:r w:rsidRPr="00C25D28">
        <w:rPr>
          <w:szCs w:val="24"/>
        </w:rPr>
        <w:t xml:space="preserve"> a </w:t>
      </w:r>
      <w:proofErr w:type="spellStart"/>
      <w:r w:rsidRPr="00C25D28">
        <w:rPr>
          <w:szCs w:val="24"/>
        </w:rPr>
        <w:t>Zalacsányi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székhelyen</w:t>
      </w:r>
      <w:proofErr w:type="spellEnd"/>
      <w:r w:rsidRPr="00C25D28">
        <w:rPr>
          <w:szCs w:val="24"/>
        </w:rPr>
        <w:t xml:space="preserve"> </w:t>
      </w:r>
      <w:r w:rsidR="00EE741B">
        <w:rPr>
          <w:szCs w:val="24"/>
        </w:rPr>
        <w:t>5</w:t>
      </w:r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fő</w:t>
      </w:r>
      <w:proofErr w:type="spellEnd"/>
      <w:r w:rsidRPr="00C25D28">
        <w:rPr>
          <w:szCs w:val="24"/>
        </w:rPr>
        <w:t xml:space="preserve">, a </w:t>
      </w:r>
      <w:proofErr w:type="spellStart"/>
      <w:r w:rsidRPr="00C25D28">
        <w:rPr>
          <w:szCs w:val="24"/>
        </w:rPr>
        <w:t>Nemesbüki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Kirendeltségen</w:t>
      </w:r>
      <w:proofErr w:type="spellEnd"/>
      <w:r w:rsidRPr="00C25D28">
        <w:rPr>
          <w:szCs w:val="24"/>
        </w:rPr>
        <w:t xml:space="preserve"> </w:t>
      </w:r>
      <w:r w:rsidR="00EE741B">
        <w:rPr>
          <w:szCs w:val="24"/>
        </w:rPr>
        <w:t>2</w:t>
      </w:r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fő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dolgozik</w:t>
      </w:r>
      <w:proofErr w:type="spellEnd"/>
      <w:r w:rsidRPr="00C25D28">
        <w:rPr>
          <w:szCs w:val="24"/>
        </w:rPr>
        <w:t>. A hatályos SZMSZ az Igazgatási és Hatósági Csoportban 5, a Pénzügyi Csoportban 2 álláshelyet határoz meg.</w:t>
      </w:r>
    </w:p>
    <w:p w14:paraId="6AEDEE0A" w14:textId="739AE391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 xml:space="preserve">Nemesbük Község és Zalaköveskút Község polgármesterei kezdeményezték a Hivatal 2027. január 1. napjától alkalmazandó létszámának és feladatellátásának felülvizsgálatát. A </w:t>
      </w:r>
      <w:proofErr w:type="spellStart"/>
      <w:r w:rsidRPr="00C25D28">
        <w:rPr>
          <w:szCs w:val="24"/>
        </w:rPr>
        <w:t>kezdeményezés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indoka</w:t>
      </w:r>
      <w:proofErr w:type="spellEnd"/>
      <w:r w:rsidR="00EE741B">
        <w:rPr>
          <w:szCs w:val="24"/>
        </w:rPr>
        <w:t xml:space="preserve"> </w:t>
      </w:r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hogy</w:t>
      </w:r>
      <w:proofErr w:type="spellEnd"/>
      <w:r w:rsidRPr="00C25D28">
        <w:rPr>
          <w:szCs w:val="24"/>
        </w:rPr>
        <w:t xml:space="preserve"> a Hivatal feladatellátása hosszabb ideje a megállapodásban rögzített teljes létszámnál alacsonyabb tényleges létszámmal, osztott munkakörök alkalmazásával is működik, miközben a fenntartó önkormányzatok hozzájárulási </w:t>
      </w:r>
      <w:proofErr w:type="spellStart"/>
      <w:r w:rsidRPr="00C25D28">
        <w:rPr>
          <w:szCs w:val="24"/>
        </w:rPr>
        <w:t>kötelezettsége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jelentős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terhet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jelent</w:t>
      </w:r>
      <w:proofErr w:type="spellEnd"/>
      <w:r w:rsidRPr="00C25D28">
        <w:rPr>
          <w:szCs w:val="24"/>
        </w:rPr>
        <w:t>.</w:t>
      </w:r>
      <w:r w:rsidR="00EE741B">
        <w:rPr>
          <w:szCs w:val="24"/>
        </w:rPr>
        <w:t xml:space="preserve"> </w:t>
      </w:r>
      <w:r w:rsidR="007225C2">
        <w:rPr>
          <w:szCs w:val="24"/>
        </w:rPr>
        <w:t>A</w:t>
      </w:r>
      <w:r w:rsidR="00EE741B">
        <w:rPr>
          <w:szCs w:val="24"/>
        </w:rPr>
        <w:t xml:space="preserve">z </w:t>
      </w:r>
      <w:proofErr w:type="spellStart"/>
      <w:r w:rsidR="00EE741B">
        <w:rPr>
          <w:szCs w:val="24"/>
        </w:rPr>
        <w:t>ügyfeleket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kiszolgáló</w:t>
      </w:r>
      <w:proofErr w:type="spellEnd"/>
      <w:r w:rsidR="00EE741B">
        <w:rPr>
          <w:szCs w:val="24"/>
        </w:rPr>
        <w:t xml:space="preserve"> 1 </w:t>
      </w:r>
      <w:proofErr w:type="spellStart"/>
      <w:r w:rsidR="00EE741B">
        <w:rPr>
          <w:szCs w:val="24"/>
        </w:rPr>
        <w:t>fő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igazgatási-adóügyi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ügyintéző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mellé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további</w:t>
      </w:r>
      <w:proofErr w:type="spellEnd"/>
      <w:r w:rsidR="00EE741B">
        <w:rPr>
          <w:szCs w:val="24"/>
        </w:rPr>
        <w:t xml:space="preserve"> 1 </w:t>
      </w:r>
      <w:proofErr w:type="spellStart"/>
      <w:r w:rsidR="00EE741B">
        <w:rPr>
          <w:szCs w:val="24"/>
        </w:rPr>
        <w:t>fő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igazgatási-pénzügyi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feladatokat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ellátó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ügyintéző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jelenléte</w:t>
      </w:r>
      <w:proofErr w:type="spellEnd"/>
      <w:r w:rsidR="00EE741B">
        <w:rPr>
          <w:szCs w:val="24"/>
        </w:rPr>
        <w:t xml:space="preserve"> </w:t>
      </w:r>
      <w:proofErr w:type="spellStart"/>
      <w:r w:rsidR="007225C2">
        <w:rPr>
          <w:szCs w:val="24"/>
        </w:rPr>
        <w:t>szükséges</w:t>
      </w:r>
      <w:proofErr w:type="spellEnd"/>
      <w:r w:rsidR="007225C2">
        <w:rPr>
          <w:szCs w:val="24"/>
        </w:rPr>
        <w:t xml:space="preserve"> </w:t>
      </w:r>
      <w:r w:rsidR="00EE741B">
        <w:rPr>
          <w:szCs w:val="24"/>
        </w:rPr>
        <w:t xml:space="preserve">a </w:t>
      </w:r>
      <w:proofErr w:type="spellStart"/>
      <w:r w:rsidR="00EE741B">
        <w:rPr>
          <w:szCs w:val="24"/>
        </w:rPr>
        <w:t>kirendeltségen</w:t>
      </w:r>
      <w:proofErr w:type="spellEnd"/>
      <w:r w:rsidR="00EE741B">
        <w:rPr>
          <w:szCs w:val="24"/>
        </w:rPr>
        <w:t xml:space="preserve">, </w:t>
      </w:r>
      <w:proofErr w:type="spellStart"/>
      <w:r w:rsidR="00EE741B">
        <w:rPr>
          <w:szCs w:val="24"/>
        </w:rPr>
        <w:t>amely</w:t>
      </w:r>
      <w:proofErr w:type="spellEnd"/>
      <w:r w:rsidR="00EE741B">
        <w:rPr>
          <w:szCs w:val="24"/>
        </w:rPr>
        <w:t xml:space="preserve"> a </w:t>
      </w:r>
      <w:proofErr w:type="spellStart"/>
      <w:r w:rsidR="00EE741B">
        <w:rPr>
          <w:szCs w:val="24"/>
        </w:rPr>
        <w:t>tavalyi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év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folyamán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már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jól</w:t>
      </w:r>
      <w:proofErr w:type="spellEnd"/>
      <w:r w:rsidR="00EE741B">
        <w:rPr>
          <w:szCs w:val="24"/>
        </w:rPr>
        <w:t xml:space="preserve"> </w:t>
      </w:r>
      <w:proofErr w:type="spellStart"/>
      <w:r w:rsidR="00EE741B">
        <w:rPr>
          <w:szCs w:val="24"/>
        </w:rPr>
        <w:t>működött</w:t>
      </w:r>
      <w:proofErr w:type="spellEnd"/>
      <w:r w:rsidR="00EE741B">
        <w:rPr>
          <w:szCs w:val="24"/>
        </w:rPr>
        <w:t>.</w:t>
      </w:r>
    </w:p>
    <w:p w14:paraId="44D1F53C" w14:textId="77777777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>Nemesbük Község Önkormányzatának 2026. évi hozzájárulása 15 828 730 Ft, Zalaköveskút Község Önkormányzatának hozzájárulása 2 404 092 Ft. A jelenlegi finanszírozási teher különösen Nemesbük esetében olyan mértékű, amelynek további növekedése a kötelező önkormányzati feladatok finanszírozását is veszélyeztetheti.</w:t>
      </w:r>
    </w:p>
    <w:p w14:paraId="45B9E586" w14:textId="07405579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 xml:space="preserve">A javaslat szerint 2027. január 1. napjától a Hivatal engedélyezett szakmai létszáma 8 főről 7 főre csökkenne: 1 fő jegyző és 6 fő köztisztviselő. A 6 fő köztisztviselőből 3 fő a Zalacsányi székhelyen, 3 fő a Nemesbüki Kirendeltségen végezne munkát. A </w:t>
      </w:r>
      <w:proofErr w:type="spellStart"/>
      <w:r w:rsidRPr="00C25D28">
        <w:rPr>
          <w:szCs w:val="24"/>
        </w:rPr>
        <w:t>szakmai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feladatmegosztás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szerint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mindkét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feladatellátási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helyen</w:t>
      </w:r>
      <w:proofErr w:type="spellEnd"/>
      <w:r w:rsidRPr="00C25D28">
        <w:rPr>
          <w:szCs w:val="24"/>
        </w:rPr>
        <w:t xml:space="preserve"> </w:t>
      </w:r>
      <w:proofErr w:type="spellStart"/>
      <w:r w:rsidR="0026471F">
        <w:rPr>
          <w:szCs w:val="24"/>
        </w:rPr>
        <w:t>feladatellátási</w:t>
      </w:r>
      <w:proofErr w:type="spellEnd"/>
      <w:r w:rsidR="0026471F">
        <w:rPr>
          <w:szCs w:val="24"/>
        </w:rPr>
        <w:t xml:space="preserve"> </w:t>
      </w:r>
      <w:proofErr w:type="spellStart"/>
      <w:r w:rsidR="0026471F">
        <w:rPr>
          <w:szCs w:val="24"/>
        </w:rPr>
        <w:t>helyenként</w:t>
      </w:r>
      <w:proofErr w:type="spellEnd"/>
      <w:r w:rsidR="0026471F">
        <w:rPr>
          <w:szCs w:val="24"/>
        </w:rPr>
        <w:t xml:space="preserve"> </w:t>
      </w:r>
      <w:r w:rsidRPr="00C25D28">
        <w:rPr>
          <w:szCs w:val="24"/>
        </w:rPr>
        <w:t xml:space="preserve">1 </w:t>
      </w:r>
      <w:proofErr w:type="spellStart"/>
      <w:r w:rsidRPr="00C25D28">
        <w:rPr>
          <w:szCs w:val="24"/>
        </w:rPr>
        <w:t>fő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pénzügyi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ügyintéző</w:t>
      </w:r>
      <w:proofErr w:type="spellEnd"/>
      <w:r w:rsidRPr="00C25D28">
        <w:rPr>
          <w:szCs w:val="24"/>
        </w:rPr>
        <w:t xml:space="preserve">, 1 </w:t>
      </w:r>
      <w:proofErr w:type="spellStart"/>
      <w:r w:rsidRPr="00C25D28">
        <w:rPr>
          <w:szCs w:val="24"/>
        </w:rPr>
        <w:t>fő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adóügyi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ügyintéző</w:t>
      </w:r>
      <w:proofErr w:type="spellEnd"/>
      <w:r w:rsidRPr="00C25D28">
        <w:rPr>
          <w:szCs w:val="24"/>
        </w:rPr>
        <w:t xml:space="preserve"> </w:t>
      </w:r>
      <w:r w:rsidR="00CF1359">
        <w:rPr>
          <w:szCs w:val="24"/>
        </w:rPr>
        <w:t>(</w:t>
      </w:r>
      <w:proofErr w:type="spellStart"/>
      <w:r w:rsidR="00CF1359">
        <w:rPr>
          <w:szCs w:val="24"/>
        </w:rPr>
        <w:t>osztott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munkakörben</w:t>
      </w:r>
      <w:proofErr w:type="spellEnd"/>
      <w:r w:rsidR="00CF1359">
        <w:rPr>
          <w:szCs w:val="24"/>
        </w:rPr>
        <w:t xml:space="preserve">, </w:t>
      </w:r>
      <w:proofErr w:type="spellStart"/>
      <w:r w:rsidR="00CF1359">
        <w:rPr>
          <w:szCs w:val="24"/>
        </w:rPr>
        <w:t>hatósági</w:t>
      </w:r>
      <w:proofErr w:type="spellEnd"/>
      <w:r w:rsidR="00CF1359">
        <w:rPr>
          <w:szCs w:val="24"/>
        </w:rPr>
        <w:t xml:space="preserve">, </w:t>
      </w:r>
      <w:proofErr w:type="spellStart"/>
      <w:r w:rsidR="00CF1359">
        <w:rPr>
          <w:szCs w:val="24"/>
        </w:rPr>
        <w:t>ügykezelési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feladatokat</w:t>
      </w:r>
      <w:proofErr w:type="spellEnd"/>
      <w:r w:rsidR="00CF1359">
        <w:rPr>
          <w:szCs w:val="24"/>
        </w:rPr>
        <w:t xml:space="preserve"> is </w:t>
      </w:r>
      <w:proofErr w:type="spellStart"/>
      <w:r w:rsidR="00CF1359">
        <w:rPr>
          <w:szCs w:val="24"/>
        </w:rPr>
        <w:t>ellátva</w:t>
      </w:r>
      <w:proofErr w:type="spellEnd"/>
      <w:r w:rsidR="00CF1359">
        <w:rPr>
          <w:szCs w:val="24"/>
        </w:rPr>
        <w:t>)</w:t>
      </w:r>
      <w:r w:rsidR="00CF1359"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és</w:t>
      </w:r>
      <w:proofErr w:type="spellEnd"/>
      <w:r w:rsidRPr="00C25D28">
        <w:rPr>
          <w:szCs w:val="24"/>
        </w:rPr>
        <w:t xml:space="preserve"> 1 </w:t>
      </w:r>
      <w:proofErr w:type="spellStart"/>
      <w:r w:rsidRPr="00C25D28">
        <w:rPr>
          <w:szCs w:val="24"/>
        </w:rPr>
        <w:t>fő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igazgatási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ügyintéző</w:t>
      </w:r>
      <w:proofErr w:type="spellEnd"/>
      <w:r w:rsidRPr="00C25D28">
        <w:rPr>
          <w:szCs w:val="24"/>
        </w:rPr>
        <w:t xml:space="preserve"> </w:t>
      </w:r>
      <w:r w:rsidR="00CF1359">
        <w:rPr>
          <w:szCs w:val="24"/>
        </w:rPr>
        <w:t>(</w:t>
      </w:r>
      <w:proofErr w:type="spellStart"/>
      <w:r w:rsidR="00CF1359">
        <w:rPr>
          <w:szCs w:val="24"/>
        </w:rPr>
        <w:t>osztott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munkakörben</w:t>
      </w:r>
      <w:proofErr w:type="spellEnd"/>
      <w:r w:rsidR="00CF1359">
        <w:rPr>
          <w:szCs w:val="24"/>
        </w:rPr>
        <w:t xml:space="preserve">, </w:t>
      </w:r>
      <w:proofErr w:type="spellStart"/>
      <w:r w:rsidR="00CF1359">
        <w:rPr>
          <w:szCs w:val="24"/>
        </w:rPr>
        <w:t>pénzügyi</w:t>
      </w:r>
      <w:proofErr w:type="spellEnd"/>
      <w:r w:rsidR="00CF1359">
        <w:rPr>
          <w:szCs w:val="24"/>
        </w:rPr>
        <w:t xml:space="preserve">, </w:t>
      </w:r>
      <w:proofErr w:type="spellStart"/>
      <w:r w:rsidR="00CF1359">
        <w:rPr>
          <w:szCs w:val="24"/>
        </w:rPr>
        <w:t>munkaügyi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és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ügykezelési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feladatokat</w:t>
      </w:r>
      <w:proofErr w:type="spellEnd"/>
      <w:r w:rsidR="00CF1359">
        <w:rPr>
          <w:szCs w:val="24"/>
        </w:rPr>
        <w:t xml:space="preserve"> is </w:t>
      </w:r>
      <w:proofErr w:type="spellStart"/>
      <w:r w:rsidR="00CF1359">
        <w:rPr>
          <w:szCs w:val="24"/>
        </w:rPr>
        <w:t>ellátva</w:t>
      </w:r>
      <w:proofErr w:type="spellEnd"/>
      <w:r w:rsidR="00CF1359">
        <w:rPr>
          <w:szCs w:val="24"/>
        </w:rPr>
        <w:t xml:space="preserve">) </w:t>
      </w:r>
      <w:proofErr w:type="spellStart"/>
      <w:r w:rsidRPr="00C25D28">
        <w:rPr>
          <w:szCs w:val="24"/>
        </w:rPr>
        <w:t>dolgozna</w:t>
      </w:r>
      <w:proofErr w:type="spellEnd"/>
      <w:r w:rsidR="00582237">
        <w:rPr>
          <w:szCs w:val="24"/>
        </w:rPr>
        <w:t xml:space="preserve"> a </w:t>
      </w:r>
      <w:proofErr w:type="spellStart"/>
      <w:r w:rsidR="00582237">
        <w:rPr>
          <w:szCs w:val="24"/>
        </w:rPr>
        <w:t>jelenleg</w:t>
      </w:r>
      <w:proofErr w:type="spellEnd"/>
      <w:r w:rsidR="00582237">
        <w:rPr>
          <w:szCs w:val="24"/>
        </w:rPr>
        <w:t xml:space="preserve"> is </w:t>
      </w:r>
      <w:proofErr w:type="spellStart"/>
      <w:r w:rsidR="00582237">
        <w:rPr>
          <w:szCs w:val="24"/>
        </w:rPr>
        <w:t>működő</w:t>
      </w:r>
      <w:proofErr w:type="spellEnd"/>
      <w:r w:rsidR="00582237">
        <w:rPr>
          <w:szCs w:val="24"/>
        </w:rPr>
        <w:t xml:space="preserve"> </w:t>
      </w:r>
      <w:proofErr w:type="spellStart"/>
      <w:r w:rsidR="00582237">
        <w:rPr>
          <w:szCs w:val="24"/>
        </w:rPr>
        <w:t>feladatellátásnak</w:t>
      </w:r>
      <w:proofErr w:type="spellEnd"/>
      <w:r w:rsidR="00582237">
        <w:rPr>
          <w:szCs w:val="24"/>
        </w:rPr>
        <w:t xml:space="preserve"> </w:t>
      </w:r>
      <w:proofErr w:type="spellStart"/>
      <w:r w:rsidR="00582237">
        <w:rPr>
          <w:szCs w:val="24"/>
        </w:rPr>
        <w:t>megfelelően</w:t>
      </w:r>
      <w:proofErr w:type="spellEnd"/>
      <w:r w:rsidRPr="00C25D28">
        <w:rPr>
          <w:szCs w:val="24"/>
        </w:rPr>
        <w:t>. Az Igazgatási és Hatósági Csoport álláshelyeinek száma 5-ről 4-re csökkenne, a Pénzügyi Csoport 2 álláshelye változatlan maradna.</w:t>
      </w:r>
    </w:p>
    <w:p w14:paraId="07A720A5" w14:textId="77777777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lastRenderedPageBreak/>
        <w:t>A létszámcsökkentéssel egyidejűleg az igazgatási feladatok munkamegosztása is módosulna. A Nemesbüki Kirendeltségen foglalkoztatott igazgatási ügyintéző munkaidejének 50%-ában a Nemesbüki Kirendeltséghez tartozó települések, 50%-ában pedig a Zalacsányi székhelyhez tartozó települések igazgatási feladatait látná el a jegyző által meghatározott munkamegosztás szerint. Ennek megfelelően ezen igazgatási ügyintéző személyi juttatásának és az ahhoz kapcsolódó munkáltatói közterheknek 50%-át Zalacsány Község Önkormányzata viselné. Ez a költségrész kizárólag Zalacsányt terheli, arra a székhely egyéb kiadásaira alkalmazott Zalacsány–Ligetfalva 90–10%-os megosztási arány nem alkalmazandó. Az ügyintéző személyi juttatásának és munkáltatói közterheinek fennmaradó 50%-a a Nemesbüki Kirendeltség költsége, amelyet Nemesbük és Zalaköveskút a megállapodás szerinti 90–10%-os arányban visel.</w:t>
      </w:r>
    </w:p>
    <w:p w14:paraId="319C210D" w14:textId="24A624F4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 xml:space="preserve">A 2026. évi költségvetési adatokkal, változatlan illetményszintekkel modellezve a megszüntetendő zalacsányi álláshely 500 000 Ft/hó illetményével számolva éves szinten 6 000 000 Ft bér- és 780 000 Ft szociális hozzájárulási adó megtakarítást jelent, továbbá 1 fő cafeteria-juttatása és annak közterhe is kikerül. Ugyanakkor Zalacsány terhére kerül a Nemesbüki Kirendeltségen foglalkoztatott igazgatási ügyintéző személyi juttatásának 50%-a, amely a 2026. évi illetményszinttel számolva 395 500 Ft/hó, éves szinten 4 746 000 Ft, valamint az ehhez kapcsolódó 616 980 Ft </w:t>
      </w:r>
      <w:proofErr w:type="spellStart"/>
      <w:r w:rsidRPr="00C25D28">
        <w:rPr>
          <w:szCs w:val="24"/>
        </w:rPr>
        <w:t>szociális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hozzájárulási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adó</w:t>
      </w:r>
      <w:proofErr w:type="spellEnd"/>
      <w:r w:rsidR="004C4156">
        <w:rPr>
          <w:szCs w:val="24"/>
        </w:rPr>
        <w:t xml:space="preserve">, </w:t>
      </w:r>
      <w:proofErr w:type="spellStart"/>
      <w:r w:rsidR="004C4156">
        <w:rPr>
          <w:szCs w:val="24"/>
        </w:rPr>
        <w:t>ez</w:t>
      </w:r>
      <w:proofErr w:type="spellEnd"/>
      <w:r w:rsidR="004C4156">
        <w:rPr>
          <w:szCs w:val="24"/>
        </w:rPr>
        <w:t xml:space="preserve"> </w:t>
      </w:r>
      <w:proofErr w:type="spellStart"/>
      <w:r w:rsidR="004C4156">
        <w:rPr>
          <w:szCs w:val="24"/>
        </w:rPr>
        <w:t>az</w:t>
      </w:r>
      <w:proofErr w:type="spellEnd"/>
      <w:r w:rsidR="004C4156">
        <w:rPr>
          <w:szCs w:val="24"/>
        </w:rPr>
        <w:t xml:space="preserve"> </w:t>
      </w:r>
      <w:proofErr w:type="spellStart"/>
      <w:r w:rsidR="004C4156">
        <w:rPr>
          <w:szCs w:val="24"/>
        </w:rPr>
        <w:t>összeg</w:t>
      </w:r>
      <w:proofErr w:type="spellEnd"/>
      <w:r w:rsidR="004C4156">
        <w:rPr>
          <w:szCs w:val="24"/>
        </w:rPr>
        <w:t xml:space="preserve"> Nemesbük </w:t>
      </w:r>
      <w:proofErr w:type="spellStart"/>
      <w:r w:rsidR="004C4156">
        <w:rPr>
          <w:szCs w:val="24"/>
        </w:rPr>
        <w:t>esetében</w:t>
      </w:r>
      <w:proofErr w:type="spellEnd"/>
      <w:r w:rsidR="004C4156">
        <w:rPr>
          <w:szCs w:val="24"/>
        </w:rPr>
        <w:t xml:space="preserve"> </w:t>
      </w:r>
      <w:proofErr w:type="spellStart"/>
      <w:r w:rsidR="004C4156">
        <w:rPr>
          <w:szCs w:val="24"/>
        </w:rPr>
        <w:t>megtakarításként</w:t>
      </w:r>
      <w:proofErr w:type="spellEnd"/>
      <w:r w:rsidR="004C4156">
        <w:rPr>
          <w:szCs w:val="24"/>
        </w:rPr>
        <w:t xml:space="preserve"> </w:t>
      </w:r>
      <w:proofErr w:type="spellStart"/>
      <w:r w:rsidR="004C4156">
        <w:rPr>
          <w:szCs w:val="24"/>
        </w:rPr>
        <w:t>jelentkezik</w:t>
      </w:r>
      <w:proofErr w:type="spellEnd"/>
      <w:r w:rsidRPr="00C25D28">
        <w:rPr>
          <w:szCs w:val="24"/>
        </w:rPr>
        <w:t>. A jelenlegi adatokkal számított nettó éves megtakarítás Zalacsány esetében 1 675 135 Ft.</w:t>
      </w:r>
    </w:p>
    <w:p w14:paraId="4DACB1A9" w14:textId="77777777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>A változás a Hivatal működési színvonalának vagy az ügyfélfogadásnak a csökkentését nem célozza. A cél a tényleges munkaszervezéshez igazodó létszám kialakítása, a rendelkezésre álló személyi erőforrások hatékonyabb kihasználása és a fenntartói terhek mérséklése.</w:t>
      </w:r>
    </w:p>
    <w:p w14:paraId="7528743D" w14:textId="77777777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>A hatályos megállapodás alapján a Hivatal bevételeiről, kiadásairól és engedélyezett létszámáról a fenntartó önkormányzatok képviselő-testületei együttes ülésen döntenek. A létszámváltozás miatt szükséges a közös hivatalt létrehozó megállapodás és az SZMSZ módosítása, továbbá azok 2027. január 1. napjától hatályos egységes szerkezetbe foglalása.</w:t>
      </w:r>
    </w:p>
    <w:p w14:paraId="2C002BD1" w14:textId="5EAEE134" w:rsidR="00A95F7A" w:rsidRPr="00C25D28" w:rsidRDefault="003177E0">
      <w:pPr>
        <w:spacing w:after="80"/>
        <w:ind w:firstLine="709"/>
        <w:jc w:val="both"/>
        <w:rPr>
          <w:szCs w:val="24"/>
        </w:rPr>
      </w:pPr>
      <w:r w:rsidRPr="00C25D28">
        <w:rPr>
          <w:szCs w:val="24"/>
        </w:rPr>
        <w:t xml:space="preserve">Kérem a Tisztelt </w:t>
      </w:r>
      <w:proofErr w:type="spellStart"/>
      <w:r w:rsidRPr="00C25D28">
        <w:rPr>
          <w:szCs w:val="24"/>
        </w:rPr>
        <w:t>Képviselő-testületeket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hogy</w:t>
      </w:r>
      <w:proofErr w:type="spellEnd"/>
      <w:r w:rsidRPr="00C25D28">
        <w:rPr>
          <w:szCs w:val="24"/>
        </w:rPr>
        <w:t xml:space="preserve"> a </w:t>
      </w:r>
      <w:r w:rsidR="00CF1359" w:rsidRPr="00C25D28">
        <w:rPr>
          <w:bCs/>
          <w:szCs w:val="24"/>
        </w:rPr>
        <w:t xml:space="preserve"> </w:t>
      </w:r>
      <w:proofErr w:type="spellStart"/>
      <w:r w:rsidR="00CF1359" w:rsidRPr="00C25D28">
        <w:rPr>
          <w:bCs/>
          <w:szCs w:val="24"/>
        </w:rPr>
        <w:t>Zalacsányi</w:t>
      </w:r>
      <w:proofErr w:type="spellEnd"/>
      <w:r w:rsidR="00CF1359" w:rsidRPr="00C25D28">
        <w:rPr>
          <w:bCs/>
          <w:szCs w:val="24"/>
        </w:rPr>
        <w:t xml:space="preserve"> </w:t>
      </w:r>
      <w:proofErr w:type="spellStart"/>
      <w:r w:rsidR="00CF1359" w:rsidRPr="00C25D28">
        <w:rPr>
          <w:bCs/>
          <w:szCs w:val="24"/>
        </w:rPr>
        <w:t>Közös</w:t>
      </w:r>
      <w:proofErr w:type="spellEnd"/>
      <w:r w:rsidR="00CF1359" w:rsidRPr="00C25D28">
        <w:rPr>
          <w:bCs/>
          <w:szCs w:val="24"/>
        </w:rPr>
        <w:t xml:space="preserve"> </w:t>
      </w:r>
      <w:proofErr w:type="spellStart"/>
      <w:r w:rsidR="00CF1359" w:rsidRPr="00C25D28">
        <w:rPr>
          <w:bCs/>
          <w:szCs w:val="24"/>
        </w:rPr>
        <w:t>Önkormányzati</w:t>
      </w:r>
      <w:proofErr w:type="spellEnd"/>
      <w:r w:rsidR="00CF1359" w:rsidRPr="00C25D28">
        <w:rPr>
          <w:bCs/>
          <w:szCs w:val="24"/>
        </w:rPr>
        <w:t xml:space="preserve"> </w:t>
      </w:r>
      <w:r w:rsidR="00CF1359" w:rsidRPr="00C25D28">
        <w:rPr>
          <w:szCs w:val="24"/>
        </w:rPr>
        <w:t xml:space="preserve">Hivatal </w:t>
      </w:r>
      <w:proofErr w:type="spellStart"/>
      <w:r w:rsidR="00CF1359" w:rsidRPr="00C25D28">
        <w:rPr>
          <w:szCs w:val="24"/>
        </w:rPr>
        <w:t>létszámának</w:t>
      </w:r>
      <w:proofErr w:type="spellEnd"/>
      <w:r w:rsidR="00CF1359" w:rsidRPr="00C25D28">
        <w:rPr>
          <w:szCs w:val="24"/>
        </w:rPr>
        <w:t xml:space="preserve"> </w:t>
      </w:r>
      <w:proofErr w:type="spellStart"/>
      <w:r w:rsidR="00CF1359" w:rsidRPr="00C25D28">
        <w:rPr>
          <w:szCs w:val="24"/>
        </w:rPr>
        <w:t>és</w:t>
      </w:r>
      <w:proofErr w:type="spellEnd"/>
      <w:r w:rsidR="00CF1359" w:rsidRPr="00C25D28">
        <w:rPr>
          <w:szCs w:val="24"/>
        </w:rPr>
        <w:t xml:space="preserve"> </w:t>
      </w:r>
      <w:proofErr w:type="spellStart"/>
      <w:r w:rsidR="00CF1359" w:rsidRPr="00C25D28">
        <w:rPr>
          <w:szCs w:val="24"/>
        </w:rPr>
        <w:t>feladatellátásának</w:t>
      </w:r>
      <w:proofErr w:type="spellEnd"/>
      <w:r w:rsidR="00CF1359" w:rsidRPr="00C25D28">
        <w:rPr>
          <w:szCs w:val="24"/>
        </w:rPr>
        <w:t xml:space="preserve"> </w:t>
      </w:r>
      <w:proofErr w:type="spellStart"/>
      <w:r w:rsidR="00CF1359" w:rsidRPr="00C25D28">
        <w:rPr>
          <w:szCs w:val="24"/>
        </w:rPr>
        <w:t>felülvizsgálatára</w:t>
      </w:r>
      <w:proofErr w:type="spellEnd"/>
      <w:r w:rsidR="00CF1359" w:rsidRPr="00C25D28">
        <w:rPr>
          <w:szCs w:val="24"/>
        </w:rPr>
        <w:t xml:space="preserve"> </w:t>
      </w:r>
      <w:proofErr w:type="spellStart"/>
      <w:r w:rsidR="00CF1359" w:rsidRPr="00C25D28">
        <w:rPr>
          <w:szCs w:val="24"/>
        </w:rPr>
        <w:t>irányuló</w:t>
      </w:r>
      <w:proofErr w:type="spellEnd"/>
      <w:r w:rsidR="00CF1359" w:rsidRPr="00C25D28">
        <w:rPr>
          <w:szCs w:val="24"/>
        </w:rPr>
        <w:t xml:space="preserve"> </w:t>
      </w:r>
      <w:proofErr w:type="spellStart"/>
      <w:r w:rsidR="00CF1359">
        <w:rPr>
          <w:szCs w:val="24"/>
        </w:rPr>
        <w:t>átszervezést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és</w:t>
      </w:r>
      <w:proofErr w:type="spellEnd"/>
      <w:r w:rsidR="00CF1359">
        <w:rPr>
          <w:szCs w:val="24"/>
        </w:rPr>
        <w:t xml:space="preserve"> </w:t>
      </w:r>
      <w:proofErr w:type="spellStart"/>
      <w:r w:rsidR="00CF1359">
        <w:rPr>
          <w:szCs w:val="24"/>
        </w:rPr>
        <w:t>létszámcsökkentést</w:t>
      </w:r>
      <w:proofErr w:type="spellEnd"/>
      <w:r w:rsidR="00CF1359">
        <w:rPr>
          <w:szCs w:val="24"/>
        </w:rPr>
        <w:t xml:space="preserve">, a </w:t>
      </w:r>
      <w:proofErr w:type="spellStart"/>
      <w:r w:rsidRPr="00C25D28">
        <w:rPr>
          <w:szCs w:val="24"/>
        </w:rPr>
        <w:t>mellékelt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megállapodás-módosítást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az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egységes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szerkezetű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megállapodást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az</w:t>
      </w:r>
      <w:proofErr w:type="spellEnd"/>
      <w:r w:rsidRPr="00C25D28">
        <w:rPr>
          <w:szCs w:val="24"/>
        </w:rPr>
        <w:t xml:space="preserve"> SZMSZ módosítását és a 2027. január 1. napjától hatályos egységes szerkezetű SZMSZ-t elfogadni szíveskedjenek. A döntés meghozatalához minősített többség szükséges.</w:t>
      </w:r>
    </w:p>
    <w:p w14:paraId="1D9DBAE2" w14:textId="77777777" w:rsidR="00A95F7A" w:rsidRPr="00C25D28" w:rsidRDefault="003177E0">
      <w:pPr>
        <w:spacing w:after="80"/>
        <w:jc w:val="center"/>
        <w:rPr>
          <w:b/>
          <w:szCs w:val="24"/>
        </w:rPr>
      </w:pPr>
      <w:proofErr w:type="spellStart"/>
      <w:r w:rsidRPr="00C25D28">
        <w:rPr>
          <w:b/>
          <w:szCs w:val="24"/>
        </w:rPr>
        <w:t>Határozati</w:t>
      </w:r>
      <w:proofErr w:type="spellEnd"/>
      <w:r w:rsidRPr="00C25D28">
        <w:rPr>
          <w:b/>
          <w:szCs w:val="24"/>
        </w:rPr>
        <w:t xml:space="preserve"> </w:t>
      </w:r>
      <w:proofErr w:type="spellStart"/>
      <w:r w:rsidRPr="00C25D28">
        <w:rPr>
          <w:b/>
          <w:szCs w:val="24"/>
        </w:rPr>
        <w:t>javaslat</w:t>
      </w:r>
      <w:proofErr w:type="spellEnd"/>
    </w:p>
    <w:p w14:paraId="6F5FFA16" w14:textId="4328D463" w:rsidR="009C1165" w:rsidRPr="00C25D28" w:rsidRDefault="009C1165" w:rsidP="009C1165">
      <w:pPr>
        <w:spacing w:after="80"/>
        <w:rPr>
          <w:bCs/>
          <w:szCs w:val="24"/>
        </w:rPr>
      </w:pPr>
      <w:r w:rsidRPr="00C25D28">
        <w:rPr>
          <w:bCs/>
          <w:szCs w:val="24"/>
        </w:rPr>
        <w:t>……………………….</w:t>
      </w:r>
      <w:proofErr w:type="spellStart"/>
      <w:r w:rsidRPr="00C25D28">
        <w:rPr>
          <w:bCs/>
          <w:szCs w:val="24"/>
        </w:rPr>
        <w:t>község</w:t>
      </w:r>
      <w:proofErr w:type="spellEnd"/>
      <w:r w:rsidRPr="00C25D28">
        <w:rPr>
          <w:bCs/>
          <w:szCs w:val="24"/>
        </w:rPr>
        <w:t xml:space="preserve"> </w:t>
      </w:r>
      <w:proofErr w:type="spellStart"/>
      <w:r w:rsidRPr="00C25D28">
        <w:rPr>
          <w:bCs/>
          <w:szCs w:val="24"/>
        </w:rPr>
        <w:t>Önkormányzata</w:t>
      </w:r>
      <w:proofErr w:type="spellEnd"/>
      <w:r w:rsidRPr="00C25D28">
        <w:rPr>
          <w:bCs/>
          <w:szCs w:val="24"/>
        </w:rPr>
        <w:t xml:space="preserve"> </w:t>
      </w:r>
      <w:proofErr w:type="spellStart"/>
      <w:r w:rsidRPr="00C25D28">
        <w:rPr>
          <w:bCs/>
          <w:szCs w:val="24"/>
        </w:rPr>
        <w:t>Képviselő-testülete</w:t>
      </w:r>
      <w:proofErr w:type="spellEnd"/>
      <w:r w:rsidRPr="00C25D28">
        <w:rPr>
          <w:bCs/>
          <w:szCs w:val="24"/>
        </w:rPr>
        <w:t xml:space="preserve"> a </w:t>
      </w:r>
      <w:proofErr w:type="spellStart"/>
      <w:r w:rsidRPr="00C25D28">
        <w:rPr>
          <w:bCs/>
          <w:szCs w:val="24"/>
        </w:rPr>
        <w:t>Zalacsányi</w:t>
      </w:r>
      <w:proofErr w:type="spellEnd"/>
      <w:r w:rsidRPr="00C25D28">
        <w:rPr>
          <w:bCs/>
          <w:szCs w:val="24"/>
        </w:rPr>
        <w:t xml:space="preserve"> </w:t>
      </w:r>
      <w:proofErr w:type="spellStart"/>
      <w:r w:rsidRPr="00C25D28">
        <w:rPr>
          <w:bCs/>
          <w:szCs w:val="24"/>
        </w:rPr>
        <w:t>Közös</w:t>
      </w:r>
      <w:proofErr w:type="spellEnd"/>
      <w:r w:rsidRPr="00C25D28">
        <w:rPr>
          <w:bCs/>
          <w:szCs w:val="24"/>
        </w:rPr>
        <w:t xml:space="preserve"> </w:t>
      </w:r>
      <w:proofErr w:type="spellStart"/>
      <w:r w:rsidRPr="00C25D28">
        <w:rPr>
          <w:bCs/>
          <w:szCs w:val="24"/>
        </w:rPr>
        <w:t>Önkormányzati</w:t>
      </w:r>
      <w:proofErr w:type="spellEnd"/>
      <w:r w:rsidRPr="00C25D28">
        <w:rPr>
          <w:bCs/>
          <w:szCs w:val="24"/>
        </w:rPr>
        <w:t xml:space="preserve"> </w:t>
      </w:r>
      <w:r w:rsidRPr="00C25D28">
        <w:rPr>
          <w:szCs w:val="24"/>
        </w:rPr>
        <w:t xml:space="preserve">Hivatal </w:t>
      </w:r>
      <w:proofErr w:type="spellStart"/>
      <w:r w:rsidRPr="00C25D28">
        <w:rPr>
          <w:szCs w:val="24"/>
        </w:rPr>
        <w:t>létszámának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és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feladatellátásának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felülvizsgálatára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irányuló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kezdeményezést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és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előterjesztést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megtárgyalt</w:t>
      </w:r>
      <w:r w:rsidR="00BF5B13" w:rsidRPr="00C25D28">
        <w:rPr>
          <w:szCs w:val="24"/>
        </w:rPr>
        <w:t>a</w:t>
      </w:r>
      <w:proofErr w:type="spellEnd"/>
      <w:r w:rsidR="001F14E3">
        <w:rPr>
          <w:szCs w:val="24"/>
        </w:rPr>
        <w:t xml:space="preserve">, </w:t>
      </w:r>
      <w:proofErr w:type="spellStart"/>
      <w:r w:rsidR="001F14E3">
        <w:rPr>
          <w:szCs w:val="24"/>
        </w:rPr>
        <w:t>az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átszervezés</w:t>
      </w:r>
      <w:proofErr w:type="spellEnd"/>
      <w:r w:rsidRPr="00C25D28">
        <w:rPr>
          <w:bCs/>
          <w:szCs w:val="24"/>
        </w:rPr>
        <w:t xml:space="preserve"> </w:t>
      </w:r>
      <w:proofErr w:type="spellStart"/>
      <w:r w:rsidR="00285F16" w:rsidRPr="00C25D28">
        <w:rPr>
          <w:bCs/>
          <w:szCs w:val="24"/>
        </w:rPr>
        <w:t>és</w:t>
      </w:r>
      <w:proofErr w:type="spellEnd"/>
      <w:r w:rsidR="00285F16" w:rsidRPr="00C25D28">
        <w:rPr>
          <w:bCs/>
          <w:szCs w:val="24"/>
        </w:rPr>
        <w:t xml:space="preserve"> 1 </w:t>
      </w:r>
      <w:proofErr w:type="spellStart"/>
      <w:r w:rsidR="00285F16" w:rsidRPr="00C25D28">
        <w:rPr>
          <w:bCs/>
          <w:szCs w:val="24"/>
        </w:rPr>
        <w:t>fő</w:t>
      </w:r>
      <w:proofErr w:type="spellEnd"/>
      <w:r w:rsidR="00285F16" w:rsidRPr="00C25D28">
        <w:rPr>
          <w:bCs/>
          <w:szCs w:val="24"/>
        </w:rPr>
        <w:t xml:space="preserve"> </w:t>
      </w:r>
      <w:proofErr w:type="spellStart"/>
      <w:r w:rsidR="00285F16" w:rsidRPr="00C25D28">
        <w:rPr>
          <w:bCs/>
          <w:szCs w:val="24"/>
        </w:rPr>
        <w:t>létszámcsökkentés</w:t>
      </w:r>
      <w:proofErr w:type="spellEnd"/>
      <w:r w:rsidR="00285F16" w:rsidRPr="00C25D28">
        <w:rPr>
          <w:bCs/>
          <w:szCs w:val="24"/>
        </w:rPr>
        <w:t xml:space="preserve"> </w:t>
      </w:r>
      <w:proofErr w:type="spellStart"/>
      <w:r w:rsidR="00BF5B13" w:rsidRPr="00C25D28">
        <w:rPr>
          <w:bCs/>
          <w:szCs w:val="24"/>
        </w:rPr>
        <w:t>elfogadása</w:t>
      </w:r>
      <w:proofErr w:type="spellEnd"/>
      <w:r w:rsidR="00BF5B13" w:rsidRPr="00C25D28">
        <w:rPr>
          <w:bCs/>
          <w:szCs w:val="24"/>
        </w:rPr>
        <w:t xml:space="preserve"> </w:t>
      </w:r>
      <w:proofErr w:type="spellStart"/>
      <w:r w:rsidR="00BF5B13" w:rsidRPr="00C25D28">
        <w:rPr>
          <w:bCs/>
          <w:szCs w:val="24"/>
        </w:rPr>
        <w:t>mellett</w:t>
      </w:r>
      <w:proofErr w:type="spellEnd"/>
      <w:r w:rsidR="00BF5B13" w:rsidRPr="00C25D28">
        <w:rPr>
          <w:bCs/>
          <w:szCs w:val="24"/>
        </w:rPr>
        <w:t xml:space="preserve"> </w:t>
      </w:r>
      <w:proofErr w:type="spellStart"/>
      <w:r w:rsidR="00BF5B13" w:rsidRPr="00C25D28">
        <w:rPr>
          <w:bCs/>
          <w:szCs w:val="24"/>
        </w:rPr>
        <w:t>döntött</w:t>
      </w:r>
      <w:proofErr w:type="spellEnd"/>
      <w:r w:rsidR="00BF5B13" w:rsidRPr="00C25D28">
        <w:rPr>
          <w:bCs/>
          <w:szCs w:val="24"/>
        </w:rPr>
        <w:t>:</w:t>
      </w:r>
      <w:r w:rsidRPr="00C25D28">
        <w:rPr>
          <w:bCs/>
          <w:szCs w:val="24"/>
        </w:rPr>
        <w:t xml:space="preserve">                              </w:t>
      </w:r>
    </w:p>
    <w:p w14:paraId="47172E4B" w14:textId="36D62EBD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szCs w:val="24"/>
        </w:rPr>
        <w:t xml:space="preserve">1. </w:t>
      </w:r>
      <w:r w:rsidR="00BF5B13" w:rsidRPr="00C25D28">
        <w:rPr>
          <w:szCs w:val="24"/>
        </w:rPr>
        <w:t xml:space="preserve">A </w:t>
      </w:r>
      <w:proofErr w:type="spellStart"/>
      <w:r w:rsidRPr="00C25D28">
        <w:rPr>
          <w:szCs w:val="24"/>
        </w:rPr>
        <w:t>Képviselő-testület</w:t>
      </w:r>
      <w:proofErr w:type="spellEnd"/>
      <w:r w:rsidRPr="00C25D28">
        <w:rPr>
          <w:szCs w:val="24"/>
        </w:rPr>
        <w:t xml:space="preserve"> a </w:t>
      </w:r>
      <w:proofErr w:type="spellStart"/>
      <w:r w:rsidRPr="00C25D28">
        <w:rPr>
          <w:szCs w:val="24"/>
        </w:rPr>
        <w:t>Zalacsányi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Közös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Önkormányzati</w:t>
      </w:r>
      <w:proofErr w:type="spellEnd"/>
      <w:r w:rsidRPr="00C25D28">
        <w:rPr>
          <w:szCs w:val="24"/>
        </w:rPr>
        <w:t xml:space="preserve"> Hivatal </w:t>
      </w:r>
      <w:proofErr w:type="spellStart"/>
      <w:r w:rsidRPr="00C25D28">
        <w:rPr>
          <w:szCs w:val="24"/>
        </w:rPr>
        <w:t>létrehozásáról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szóló</w:t>
      </w:r>
      <w:proofErr w:type="spellEnd"/>
      <w:r w:rsidRPr="00C25D28">
        <w:rPr>
          <w:szCs w:val="24"/>
        </w:rPr>
        <w:t xml:space="preserve"> megállapodás 2027. január 1. napjával történő módosítását az 1. melléklet szerint elfogadja.</w:t>
      </w:r>
    </w:p>
    <w:p w14:paraId="5F57C3F1" w14:textId="77777777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szCs w:val="24"/>
        </w:rPr>
        <w:t>2. A Képviselő-testület a Zalacsányi Közös Önkormányzati Hivatal létrehozásáról szóló, 2027. január 1. napjától hatályos egységes szerkezetű megállapodást a 2. melléklet szerint elfogadja.</w:t>
      </w:r>
    </w:p>
    <w:p w14:paraId="4504E671" w14:textId="77777777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szCs w:val="24"/>
        </w:rPr>
        <w:t>3. A Képviselő-testület a Zalacsányi Közös Önkormányzati Hivatal Szervezeti és Működési Szabályzatának 2027. január 1. napjával történő módosítását a 3. melléklet szerint elfogadja.</w:t>
      </w:r>
    </w:p>
    <w:p w14:paraId="68095A7C" w14:textId="77777777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szCs w:val="24"/>
        </w:rPr>
        <w:lastRenderedPageBreak/>
        <w:t>4. A Képviselő-testület a Zalacsányi Közös Önkormányzati Hivatal 2027. január 1. napjától hatályos, egységes szerkezetű Szervezeti és Működési Szabályzatát a 4. melléklet szerint elfogadja.</w:t>
      </w:r>
    </w:p>
    <w:p w14:paraId="49E1344B" w14:textId="212BEA76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szCs w:val="24"/>
        </w:rPr>
        <w:t xml:space="preserve">5. A </w:t>
      </w:r>
      <w:proofErr w:type="spellStart"/>
      <w:r w:rsidRPr="00C25D28">
        <w:rPr>
          <w:szCs w:val="24"/>
        </w:rPr>
        <w:t>Képviselő-testület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felhatalmazza</w:t>
      </w:r>
      <w:proofErr w:type="spellEnd"/>
      <w:r w:rsidRPr="00C25D28">
        <w:rPr>
          <w:szCs w:val="24"/>
        </w:rPr>
        <w:t xml:space="preserve"> a </w:t>
      </w:r>
      <w:proofErr w:type="spellStart"/>
      <w:r w:rsidRPr="00C25D28">
        <w:rPr>
          <w:szCs w:val="24"/>
        </w:rPr>
        <w:t>polgármestert</w:t>
      </w:r>
      <w:proofErr w:type="spellEnd"/>
      <w:r w:rsidRPr="00C25D28">
        <w:rPr>
          <w:szCs w:val="24"/>
        </w:rPr>
        <w:t xml:space="preserve"> a </w:t>
      </w:r>
      <w:proofErr w:type="spellStart"/>
      <w:r w:rsidRPr="00C25D28">
        <w:rPr>
          <w:szCs w:val="24"/>
        </w:rPr>
        <w:t>megállapodás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módosításának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az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egységes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szerkezetű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megállapodásnak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valamint</w:t>
      </w:r>
      <w:proofErr w:type="spellEnd"/>
      <w:r w:rsidRPr="00C25D28">
        <w:rPr>
          <w:szCs w:val="24"/>
        </w:rPr>
        <w:t xml:space="preserve"> </w:t>
      </w:r>
      <w:r w:rsidR="00436930">
        <w:rPr>
          <w:szCs w:val="24"/>
        </w:rPr>
        <w:t xml:space="preserve">a </w:t>
      </w:r>
      <w:proofErr w:type="spellStart"/>
      <w:r w:rsidR="00436930" w:rsidRPr="00C25D28">
        <w:rPr>
          <w:szCs w:val="24"/>
        </w:rPr>
        <w:t>Szervezeti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és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Működési</w:t>
      </w:r>
      <w:proofErr w:type="spellEnd"/>
      <w:r w:rsidR="00436930" w:rsidRPr="00C25D28">
        <w:rPr>
          <w:szCs w:val="24"/>
        </w:rPr>
        <w:t xml:space="preserve"> Szabályzat</w:t>
      </w:r>
      <w:r w:rsidR="00436930">
        <w:rPr>
          <w:szCs w:val="24"/>
        </w:rPr>
        <w:t xml:space="preserve"> </w:t>
      </w:r>
      <w:proofErr w:type="spellStart"/>
      <w:r w:rsidR="00436930">
        <w:rPr>
          <w:szCs w:val="24"/>
        </w:rPr>
        <w:t>módosítás</w:t>
      </w:r>
      <w:proofErr w:type="spellEnd"/>
      <w:r w:rsidR="00436930">
        <w:rPr>
          <w:szCs w:val="24"/>
        </w:rPr>
        <w:t xml:space="preserve"> </w:t>
      </w:r>
      <w:proofErr w:type="spellStart"/>
      <w:r w:rsidR="00436930">
        <w:rPr>
          <w:szCs w:val="24"/>
        </w:rPr>
        <w:t>és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az</w:t>
      </w:r>
      <w:proofErr w:type="spellEnd"/>
      <w:r w:rsidRPr="00C25D28">
        <w:rPr>
          <w:szCs w:val="24"/>
        </w:rPr>
        <w:t xml:space="preserve"> </w:t>
      </w:r>
      <w:r w:rsidR="00436930" w:rsidRPr="00436930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egységes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szerkezetű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Szervezeti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és</w:t>
      </w:r>
      <w:proofErr w:type="spellEnd"/>
      <w:r w:rsidR="00436930" w:rsidRPr="00C25D28">
        <w:rPr>
          <w:szCs w:val="24"/>
        </w:rPr>
        <w:t xml:space="preserve"> </w:t>
      </w:r>
      <w:proofErr w:type="spellStart"/>
      <w:r w:rsidR="00436930" w:rsidRPr="00C25D28">
        <w:rPr>
          <w:szCs w:val="24"/>
        </w:rPr>
        <w:t>Működési</w:t>
      </w:r>
      <w:proofErr w:type="spellEnd"/>
      <w:r w:rsidR="00436930" w:rsidRPr="00C25D28">
        <w:rPr>
          <w:szCs w:val="24"/>
        </w:rPr>
        <w:t xml:space="preserve"> Szabályzat</w:t>
      </w:r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aláírására</w:t>
      </w:r>
      <w:proofErr w:type="spellEnd"/>
      <w:r w:rsidRPr="00C25D28">
        <w:rPr>
          <w:szCs w:val="24"/>
        </w:rPr>
        <w:t>.</w:t>
      </w:r>
    </w:p>
    <w:p w14:paraId="1C05CE32" w14:textId="3DC20DC2" w:rsidR="005F1953" w:rsidRPr="00C25D28" w:rsidRDefault="005F1953">
      <w:pPr>
        <w:spacing w:after="80"/>
        <w:jc w:val="both"/>
        <w:rPr>
          <w:szCs w:val="24"/>
        </w:rPr>
      </w:pPr>
      <w:r w:rsidRPr="00C25D28">
        <w:rPr>
          <w:szCs w:val="24"/>
        </w:rPr>
        <w:t xml:space="preserve">6. A </w:t>
      </w:r>
      <w:proofErr w:type="spellStart"/>
      <w:r w:rsidRPr="00C25D28">
        <w:rPr>
          <w:szCs w:val="24"/>
        </w:rPr>
        <w:t>Képviselő-testületek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utasítják</w:t>
      </w:r>
      <w:proofErr w:type="spellEnd"/>
      <w:r w:rsidRPr="00C25D28">
        <w:rPr>
          <w:szCs w:val="24"/>
        </w:rPr>
        <w:t xml:space="preserve"> a </w:t>
      </w:r>
      <w:proofErr w:type="spellStart"/>
      <w:r w:rsidRPr="00C25D28">
        <w:rPr>
          <w:szCs w:val="24"/>
        </w:rPr>
        <w:t>jegyzőt</w:t>
      </w:r>
      <w:proofErr w:type="spellEnd"/>
      <w:r w:rsidRPr="00C25D28">
        <w:rPr>
          <w:szCs w:val="24"/>
        </w:rPr>
        <w:t xml:space="preserve">, </w:t>
      </w:r>
      <w:proofErr w:type="spellStart"/>
      <w:r w:rsidRPr="00C25D28">
        <w:rPr>
          <w:szCs w:val="24"/>
        </w:rPr>
        <w:t>hogy</w:t>
      </w:r>
      <w:proofErr w:type="spellEnd"/>
      <w:r w:rsidRPr="00C25D28">
        <w:rPr>
          <w:szCs w:val="24"/>
        </w:rPr>
        <w:t xml:space="preserve"> a </w:t>
      </w:r>
      <w:proofErr w:type="spellStart"/>
      <w:r w:rsidRPr="00C25D28">
        <w:rPr>
          <w:szCs w:val="24"/>
        </w:rPr>
        <w:t>jelen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határozat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szerinti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átszervezés</w:t>
      </w:r>
      <w:proofErr w:type="spellEnd"/>
      <w:r w:rsidR="009677CE" w:rsidRPr="00C25D28">
        <w:rPr>
          <w:szCs w:val="24"/>
        </w:rPr>
        <w:t xml:space="preserve"> </w:t>
      </w:r>
      <w:proofErr w:type="spellStart"/>
      <w:r w:rsidR="009677CE" w:rsidRPr="00C25D28">
        <w:rPr>
          <w:szCs w:val="24"/>
        </w:rPr>
        <w:t>és</w:t>
      </w:r>
      <w:proofErr w:type="spellEnd"/>
      <w:r w:rsidR="009677CE" w:rsidRPr="00C25D28">
        <w:rPr>
          <w:szCs w:val="24"/>
        </w:rPr>
        <w:t xml:space="preserve"> </w:t>
      </w:r>
      <w:proofErr w:type="spellStart"/>
      <w:r w:rsidR="009677CE" w:rsidRPr="00C25D28">
        <w:rPr>
          <w:szCs w:val="24"/>
        </w:rPr>
        <w:t>létszámcsökkentés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végrehajtásáról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gondoskodjon</w:t>
      </w:r>
      <w:proofErr w:type="spellEnd"/>
      <w:r w:rsidRPr="00C25D28">
        <w:rPr>
          <w:szCs w:val="24"/>
        </w:rPr>
        <w:t>.</w:t>
      </w:r>
    </w:p>
    <w:p w14:paraId="5F9FF4A4" w14:textId="0B225323" w:rsidR="00A95F7A" w:rsidRPr="00C25D28" w:rsidRDefault="003177E0" w:rsidP="005F1953">
      <w:pPr>
        <w:spacing w:after="80"/>
        <w:rPr>
          <w:szCs w:val="24"/>
        </w:rPr>
      </w:pPr>
      <w:r w:rsidRPr="00C25D28">
        <w:rPr>
          <w:szCs w:val="24"/>
        </w:rPr>
        <w:t>Határidő: 2026. december 31.</w:t>
      </w:r>
      <w:r w:rsidRPr="00C25D28">
        <w:rPr>
          <w:szCs w:val="24"/>
        </w:rPr>
        <w:br/>
      </w:r>
      <w:proofErr w:type="spellStart"/>
      <w:r w:rsidRPr="00C25D28">
        <w:rPr>
          <w:szCs w:val="24"/>
        </w:rPr>
        <w:t>Felelős</w:t>
      </w:r>
      <w:proofErr w:type="spellEnd"/>
      <w:r w:rsidRPr="00C25D28">
        <w:rPr>
          <w:szCs w:val="24"/>
        </w:rPr>
        <w:t>:</w:t>
      </w:r>
      <w:r w:rsidR="005F1953" w:rsidRPr="00C25D28">
        <w:rPr>
          <w:szCs w:val="24"/>
        </w:rPr>
        <w:t xml:space="preserve"> 1-5 </w:t>
      </w:r>
      <w:proofErr w:type="spellStart"/>
      <w:r w:rsidR="005F1953" w:rsidRPr="00C25D28">
        <w:rPr>
          <w:szCs w:val="24"/>
        </w:rPr>
        <w:t>pont</w:t>
      </w:r>
      <w:proofErr w:type="spellEnd"/>
      <w:r w:rsidR="005F1953" w:rsidRPr="00C25D28">
        <w:rPr>
          <w:szCs w:val="24"/>
        </w:rPr>
        <w:t xml:space="preserve"> </w:t>
      </w:r>
      <w:proofErr w:type="spellStart"/>
      <w:r w:rsidR="005F1953" w:rsidRPr="00C25D28">
        <w:rPr>
          <w:szCs w:val="24"/>
        </w:rPr>
        <w:t>vonatkozásában</w:t>
      </w:r>
      <w:proofErr w:type="spellEnd"/>
      <w:r w:rsidRPr="00C25D28">
        <w:rPr>
          <w:szCs w:val="24"/>
        </w:rPr>
        <w:t xml:space="preserve"> </w:t>
      </w:r>
      <w:proofErr w:type="spellStart"/>
      <w:r w:rsidRPr="00C25D28">
        <w:rPr>
          <w:szCs w:val="24"/>
        </w:rPr>
        <w:t>polgármester</w:t>
      </w:r>
      <w:r w:rsidR="005F1953" w:rsidRPr="00C25D28">
        <w:rPr>
          <w:szCs w:val="24"/>
        </w:rPr>
        <w:t>ek</w:t>
      </w:r>
      <w:proofErr w:type="spellEnd"/>
      <w:r w:rsidR="005F1953" w:rsidRPr="00C25D28">
        <w:rPr>
          <w:szCs w:val="24"/>
        </w:rPr>
        <w:t xml:space="preserve">, 6. </w:t>
      </w:r>
      <w:proofErr w:type="spellStart"/>
      <w:r w:rsidR="005F1953" w:rsidRPr="00C25D28">
        <w:rPr>
          <w:szCs w:val="24"/>
        </w:rPr>
        <w:t>pont</w:t>
      </w:r>
      <w:proofErr w:type="spellEnd"/>
      <w:r w:rsidR="005F1953" w:rsidRPr="00C25D28">
        <w:rPr>
          <w:szCs w:val="24"/>
        </w:rPr>
        <w:t xml:space="preserve"> </w:t>
      </w:r>
      <w:proofErr w:type="spellStart"/>
      <w:r w:rsidR="005F1953" w:rsidRPr="00C25D28">
        <w:rPr>
          <w:szCs w:val="24"/>
        </w:rPr>
        <w:t>vonatkozásában</w:t>
      </w:r>
      <w:proofErr w:type="spellEnd"/>
      <w:r w:rsidR="005F1953" w:rsidRPr="00C25D28">
        <w:rPr>
          <w:szCs w:val="24"/>
        </w:rPr>
        <w:t xml:space="preserve"> dr. </w:t>
      </w:r>
      <w:proofErr w:type="spellStart"/>
      <w:r w:rsidR="005F1953" w:rsidRPr="00C25D28">
        <w:rPr>
          <w:szCs w:val="24"/>
        </w:rPr>
        <w:t>Prótár</w:t>
      </w:r>
      <w:proofErr w:type="spellEnd"/>
      <w:r w:rsidR="005F1953" w:rsidRPr="00C25D28">
        <w:rPr>
          <w:szCs w:val="24"/>
        </w:rPr>
        <w:t xml:space="preserve"> </w:t>
      </w:r>
      <w:proofErr w:type="spellStart"/>
      <w:r w:rsidR="005F1953" w:rsidRPr="00C25D28">
        <w:rPr>
          <w:szCs w:val="24"/>
        </w:rPr>
        <w:t>Heniretta</w:t>
      </w:r>
      <w:proofErr w:type="spellEnd"/>
      <w:r w:rsidR="005F1953" w:rsidRPr="00C25D28">
        <w:rPr>
          <w:szCs w:val="24"/>
        </w:rPr>
        <w:t xml:space="preserve"> </w:t>
      </w:r>
      <w:proofErr w:type="spellStart"/>
      <w:r w:rsidR="005F1953" w:rsidRPr="00C25D28">
        <w:rPr>
          <w:szCs w:val="24"/>
        </w:rPr>
        <w:t>jegyző</w:t>
      </w:r>
      <w:proofErr w:type="spellEnd"/>
    </w:p>
    <w:p w14:paraId="6DA8FAC1" w14:textId="77777777" w:rsidR="005F1953" w:rsidRPr="00C25D28" w:rsidRDefault="005F1953" w:rsidP="005F1953">
      <w:pPr>
        <w:spacing w:after="80"/>
        <w:rPr>
          <w:szCs w:val="24"/>
        </w:rPr>
      </w:pPr>
    </w:p>
    <w:p w14:paraId="167917CA" w14:textId="59AE8EB8" w:rsidR="00A95F7A" w:rsidRPr="00C25D28" w:rsidRDefault="003177E0">
      <w:pPr>
        <w:spacing w:after="80"/>
        <w:jc w:val="both"/>
        <w:rPr>
          <w:szCs w:val="24"/>
        </w:rPr>
      </w:pPr>
      <w:r w:rsidRPr="00C25D28">
        <w:rPr>
          <w:szCs w:val="24"/>
        </w:rPr>
        <w:t xml:space="preserve">Zalacsány, 2026. </w:t>
      </w:r>
      <w:proofErr w:type="spellStart"/>
      <w:r w:rsidR="005F1953" w:rsidRPr="00C25D28">
        <w:rPr>
          <w:szCs w:val="24"/>
        </w:rPr>
        <w:t>szeptember</w:t>
      </w:r>
      <w:proofErr w:type="spellEnd"/>
      <w:r w:rsidR="005F1953" w:rsidRPr="00C25D28">
        <w:rPr>
          <w:szCs w:val="24"/>
        </w:rPr>
        <w:t xml:space="preserve"> 1</w:t>
      </w:r>
      <w:r w:rsidR="003B11E5">
        <w:rPr>
          <w:szCs w:val="24"/>
        </w:rPr>
        <w:t>6</w:t>
      </w:r>
      <w:r w:rsidR="005F1953" w:rsidRPr="00C25D28">
        <w:rPr>
          <w:szCs w:val="24"/>
        </w:rPr>
        <w:t>.</w:t>
      </w:r>
    </w:p>
    <w:p w14:paraId="3E925C8D" w14:textId="77777777" w:rsidR="00A95F7A" w:rsidRPr="00C25D28" w:rsidRDefault="003177E0">
      <w:pPr>
        <w:spacing w:after="80"/>
        <w:jc w:val="center"/>
        <w:rPr>
          <w:szCs w:val="24"/>
        </w:rPr>
      </w:pPr>
      <w:r w:rsidRPr="00C25D28">
        <w:rPr>
          <w:szCs w:val="24"/>
        </w:rPr>
        <w:t>Nagy Lászlóné</w:t>
      </w:r>
      <w:r w:rsidRPr="00C25D28">
        <w:rPr>
          <w:szCs w:val="24"/>
        </w:rPr>
        <w:br/>
        <w:t>Zalacsány község polgármestere</w:t>
      </w:r>
    </w:p>
    <w:sectPr w:rsidR="00A95F7A" w:rsidRPr="00C25D28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1660156">
    <w:abstractNumId w:val="8"/>
  </w:num>
  <w:num w:numId="2" w16cid:durableId="1545293599">
    <w:abstractNumId w:val="6"/>
  </w:num>
  <w:num w:numId="3" w16cid:durableId="594363165">
    <w:abstractNumId w:val="5"/>
  </w:num>
  <w:num w:numId="4" w16cid:durableId="152382014">
    <w:abstractNumId w:val="4"/>
  </w:num>
  <w:num w:numId="5" w16cid:durableId="9379223">
    <w:abstractNumId w:val="7"/>
  </w:num>
  <w:num w:numId="6" w16cid:durableId="1539312688">
    <w:abstractNumId w:val="3"/>
  </w:num>
  <w:num w:numId="7" w16cid:durableId="755251772">
    <w:abstractNumId w:val="2"/>
  </w:num>
  <w:num w:numId="8" w16cid:durableId="989554993">
    <w:abstractNumId w:val="1"/>
  </w:num>
  <w:num w:numId="9" w16cid:durableId="224923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6588"/>
    <w:rsid w:val="0015074B"/>
    <w:rsid w:val="001C2F61"/>
    <w:rsid w:val="001F14E3"/>
    <w:rsid w:val="0026471F"/>
    <w:rsid w:val="00285F16"/>
    <w:rsid w:val="0029639D"/>
    <w:rsid w:val="002B6501"/>
    <w:rsid w:val="002F5649"/>
    <w:rsid w:val="003177E0"/>
    <w:rsid w:val="00326F90"/>
    <w:rsid w:val="003B11E5"/>
    <w:rsid w:val="00436930"/>
    <w:rsid w:val="004747DC"/>
    <w:rsid w:val="004C4156"/>
    <w:rsid w:val="00571DBF"/>
    <w:rsid w:val="00582237"/>
    <w:rsid w:val="005F1953"/>
    <w:rsid w:val="007225C2"/>
    <w:rsid w:val="0074097F"/>
    <w:rsid w:val="00847A87"/>
    <w:rsid w:val="008C02CF"/>
    <w:rsid w:val="008F74B8"/>
    <w:rsid w:val="00962223"/>
    <w:rsid w:val="009677CE"/>
    <w:rsid w:val="009C1165"/>
    <w:rsid w:val="00A95F7A"/>
    <w:rsid w:val="00AA1D8D"/>
    <w:rsid w:val="00B47730"/>
    <w:rsid w:val="00BF3098"/>
    <w:rsid w:val="00BF5B13"/>
    <w:rsid w:val="00C25D28"/>
    <w:rsid w:val="00CB0664"/>
    <w:rsid w:val="00CF1359"/>
    <w:rsid w:val="00D6768F"/>
    <w:rsid w:val="00E316F8"/>
    <w:rsid w:val="00EE741B"/>
    <w:rsid w:val="00F66946"/>
    <w:rsid w:val="00FC693F"/>
    <w:rsid w:val="00FD0CD7"/>
    <w:rsid w:val="00FD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5166B"/>
  <w14:defaultImageDpi w14:val="300"/>
  <w15:docId w15:val="{C6F01FA3-23E6-4D16-A197-B048E3EF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905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Win11</cp:lastModifiedBy>
  <cp:revision>22</cp:revision>
  <cp:lastPrinted>2026-09-10T09:23:00Z</cp:lastPrinted>
  <dcterms:created xsi:type="dcterms:W3CDTF">2026-09-16T12:20:00Z</dcterms:created>
  <dcterms:modified xsi:type="dcterms:W3CDTF">2026-09-16T13:31:00Z</dcterms:modified>
  <cp:category/>
</cp:coreProperties>
</file>