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19702C" w14:textId="77777777" w:rsidR="004830F6" w:rsidRDefault="00D44072">
      <w:pPr>
        <w:jc w:val="center"/>
      </w:pPr>
      <w:r>
        <w:rPr>
          <w:b/>
          <w:sz w:val="28"/>
        </w:rPr>
        <w:t>ZALACSÁNYI KÖZÖS ÖNKORMÁNYZATI HIVATAL</w:t>
      </w:r>
    </w:p>
    <w:p w14:paraId="4FF10773" w14:textId="77777777" w:rsidR="004830F6" w:rsidRDefault="00D44072">
      <w:pPr>
        <w:jc w:val="center"/>
      </w:pPr>
      <w:r>
        <w:rPr>
          <w:b/>
          <w:sz w:val="28"/>
        </w:rPr>
        <w:t>SZERVEZETI ÉS MŰKÖDÉSI SZABÁLYZATÁNAK MÓDOSÍTÁSA</w:t>
      </w:r>
    </w:p>
    <w:p w14:paraId="6CB79AD8" w14:textId="77777777" w:rsidR="004830F6" w:rsidRDefault="00D44072">
      <w:pPr>
        <w:spacing w:after="120"/>
        <w:jc w:val="both"/>
      </w:pPr>
      <w:r>
        <w:t>Zalacsány Község Önkormányzatának Képviselő-testülete, Ligetfalva Község Önkormányzatának Képviselő-testülete, Nemesbük Község Önkormányzatának Képviselő-testülete és Zalaköveskút Község Önkormányzatának Képviselő-testülete a Zalacsányi Közös Önkormányzati Hivatal 2025. január 1. napjától hatályos Szervezeti és Működési Szabályzatát 2027. január 1. napjától az alábbiak szerint módosítja:</w:t>
      </w:r>
    </w:p>
    <w:p w14:paraId="5ABC4907" w14:textId="77777777" w:rsidR="004830F6" w:rsidRDefault="00D44072">
      <w:pPr>
        <w:spacing w:after="120"/>
        <w:jc w:val="both"/>
      </w:pPr>
      <w:r>
        <w:rPr>
          <w:b/>
        </w:rPr>
        <w:t>1. Az SZMSZ III. fejezet 2. pontjában a szervezeti egységek álláshelyeire vonatkozó rendelkezés helyébe a következő szöveg lép:</w:t>
      </w:r>
    </w:p>
    <w:p w14:paraId="044A756D" w14:textId="77777777" w:rsidR="004830F6" w:rsidRDefault="00D44072">
      <w:pPr>
        <w:spacing w:after="120"/>
        <w:jc w:val="both"/>
      </w:pPr>
      <w:r>
        <w:t>a) Igazgatási és hatósági csoport – 4 álláshely</w:t>
      </w:r>
      <w:r>
        <w:br/>
        <w:t>b) Pénzügyi Csoport – 2 álláshely</w:t>
      </w:r>
    </w:p>
    <w:p w14:paraId="37878EF2" w14:textId="77777777" w:rsidR="004830F6" w:rsidRDefault="00D44072">
      <w:pPr>
        <w:spacing w:after="120"/>
        <w:jc w:val="both"/>
      </w:pPr>
      <w:r>
        <w:rPr>
          <w:b/>
        </w:rPr>
        <w:t>2. Az SZMSZ III. fejezet 2. pontjának az Igazgatási és Hatósági csoport dolgozóinak munkavégzési helyére vonatkozó része helyébe a következő rendelkezés lép:</w:t>
      </w:r>
    </w:p>
    <w:p w14:paraId="6683A42A" w14:textId="0369242A" w:rsidR="004830F6" w:rsidRDefault="00D44072">
      <w:pPr>
        <w:spacing w:after="120"/>
        <w:jc w:val="both"/>
      </w:pPr>
      <w:r>
        <w:t>Az Igazgatási és Hatósági csoport dolgozói közül</w:t>
      </w:r>
      <w:r>
        <w:br/>
        <w:t xml:space="preserve">- 2 fő a székhelyen végez munkát: </w:t>
      </w:r>
      <w:r w:rsidR="00520D61" w:rsidRPr="00520D61">
        <w:t>1 f</w:t>
      </w:r>
      <w:proofErr w:type="spellStart"/>
      <w:r w:rsidR="00520D61" w:rsidRPr="00520D61">
        <w:t>ő</w:t>
      </w:r>
      <w:proofErr w:type="spellEnd"/>
      <w:r w:rsidR="00520D61" w:rsidRPr="00520D61">
        <w:t xml:space="preserve"> </w:t>
      </w:r>
      <w:proofErr w:type="spellStart"/>
      <w:r w:rsidR="00520D61" w:rsidRPr="00520D61">
        <w:t>adóügyi</w:t>
      </w:r>
      <w:proofErr w:type="spellEnd"/>
      <w:r w:rsidR="00520D61" w:rsidRPr="00520D61">
        <w:t xml:space="preserve"> </w:t>
      </w:r>
      <w:proofErr w:type="spellStart"/>
      <w:r w:rsidR="00520D61" w:rsidRPr="00520D61">
        <w:t>ügyintéző</w:t>
      </w:r>
      <w:proofErr w:type="spellEnd"/>
      <w:r w:rsidR="00520D61" w:rsidRPr="00520D61">
        <w:t xml:space="preserve"> (</w:t>
      </w:r>
      <w:proofErr w:type="spellStart"/>
      <w:r w:rsidR="00520D61" w:rsidRPr="00520D61">
        <w:t>osztott</w:t>
      </w:r>
      <w:proofErr w:type="spellEnd"/>
      <w:r w:rsidR="00520D61" w:rsidRPr="00520D61">
        <w:t xml:space="preserve"> </w:t>
      </w:r>
      <w:proofErr w:type="spellStart"/>
      <w:r w:rsidR="00520D61" w:rsidRPr="00520D61">
        <w:t>munkakörben</w:t>
      </w:r>
      <w:proofErr w:type="spellEnd"/>
      <w:r w:rsidR="00520D61" w:rsidRPr="00520D61">
        <w:t xml:space="preserve">, </w:t>
      </w:r>
      <w:proofErr w:type="spellStart"/>
      <w:r w:rsidR="00520D61" w:rsidRPr="00520D61">
        <w:t>hatósági</w:t>
      </w:r>
      <w:proofErr w:type="spellEnd"/>
      <w:r w:rsidR="00520D61" w:rsidRPr="00520D61">
        <w:t xml:space="preserve">, </w:t>
      </w:r>
      <w:proofErr w:type="spellStart"/>
      <w:r w:rsidR="00520D61" w:rsidRPr="00520D61">
        <w:t>ügykezelési</w:t>
      </w:r>
      <w:proofErr w:type="spellEnd"/>
      <w:r w:rsidR="00520D61" w:rsidRPr="00520D61">
        <w:t xml:space="preserve"> </w:t>
      </w:r>
      <w:proofErr w:type="spellStart"/>
      <w:r w:rsidR="00520D61" w:rsidRPr="00520D61">
        <w:t>feladatokat</w:t>
      </w:r>
      <w:proofErr w:type="spellEnd"/>
      <w:r w:rsidR="00520D61" w:rsidRPr="00520D61">
        <w:t xml:space="preserve"> is </w:t>
      </w:r>
      <w:proofErr w:type="spellStart"/>
      <w:r w:rsidR="00520D61" w:rsidRPr="00520D61">
        <w:t>ellátva</w:t>
      </w:r>
      <w:proofErr w:type="spellEnd"/>
      <w:r w:rsidR="00520D61" w:rsidRPr="00520D61">
        <w:t>)</w:t>
      </w:r>
      <w:r w:rsidR="00520D61">
        <w:t xml:space="preserve"> </w:t>
      </w:r>
      <w:proofErr w:type="spellStart"/>
      <w:r>
        <w:t>és</w:t>
      </w:r>
      <w:proofErr w:type="spellEnd"/>
      <w:r>
        <w:t xml:space="preserve"> 1 </w:t>
      </w:r>
      <w:proofErr w:type="spellStart"/>
      <w:r>
        <w:t>fő</w:t>
      </w:r>
      <w:proofErr w:type="spellEnd"/>
      <w:r>
        <w:t xml:space="preserve"> </w:t>
      </w:r>
      <w:proofErr w:type="spellStart"/>
      <w:r>
        <w:t>igazgatási</w:t>
      </w:r>
      <w:proofErr w:type="spellEnd"/>
      <w:r>
        <w:t xml:space="preserve"> </w:t>
      </w:r>
      <w:proofErr w:type="spellStart"/>
      <w:r>
        <w:t>ügyintéző</w:t>
      </w:r>
      <w:proofErr w:type="spellEnd"/>
      <w:r w:rsidR="00520D61">
        <w:t xml:space="preserve"> </w:t>
      </w:r>
      <w:r w:rsidR="0020709A">
        <w:rPr>
          <w:szCs w:val="24"/>
        </w:rPr>
        <w:t>(</w:t>
      </w:r>
      <w:proofErr w:type="spellStart"/>
      <w:r w:rsidR="0020709A">
        <w:rPr>
          <w:szCs w:val="24"/>
        </w:rPr>
        <w:t>osztott</w:t>
      </w:r>
      <w:proofErr w:type="spellEnd"/>
      <w:r w:rsidR="0020709A">
        <w:rPr>
          <w:szCs w:val="24"/>
        </w:rPr>
        <w:t xml:space="preserve"> </w:t>
      </w:r>
      <w:proofErr w:type="spellStart"/>
      <w:r w:rsidR="0020709A">
        <w:rPr>
          <w:szCs w:val="24"/>
        </w:rPr>
        <w:t>munkakörben</w:t>
      </w:r>
      <w:proofErr w:type="spellEnd"/>
      <w:r w:rsidR="0020709A">
        <w:rPr>
          <w:szCs w:val="24"/>
        </w:rPr>
        <w:t xml:space="preserve">, </w:t>
      </w:r>
      <w:proofErr w:type="spellStart"/>
      <w:r w:rsidR="0020709A">
        <w:rPr>
          <w:szCs w:val="24"/>
        </w:rPr>
        <w:t>pénzügyi</w:t>
      </w:r>
      <w:proofErr w:type="spellEnd"/>
      <w:r w:rsidR="0020709A">
        <w:rPr>
          <w:szCs w:val="24"/>
        </w:rPr>
        <w:t xml:space="preserve">, </w:t>
      </w:r>
      <w:proofErr w:type="spellStart"/>
      <w:r w:rsidR="0020709A">
        <w:rPr>
          <w:szCs w:val="24"/>
        </w:rPr>
        <w:t>munkaügyi</w:t>
      </w:r>
      <w:proofErr w:type="spellEnd"/>
      <w:r w:rsidR="0020709A">
        <w:rPr>
          <w:szCs w:val="24"/>
        </w:rPr>
        <w:t xml:space="preserve"> </w:t>
      </w:r>
      <w:proofErr w:type="spellStart"/>
      <w:r w:rsidR="0020709A">
        <w:rPr>
          <w:szCs w:val="24"/>
        </w:rPr>
        <w:t>és</w:t>
      </w:r>
      <w:proofErr w:type="spellEnd"/>
      <w:r w:rsidR="0020709A">
        <w:rPr>
          <w:szCs w:val="24"/>
        </w:rPr>
        <w:t xml:space="preserve"> </w:t>
      </w:r>
      <w:proofErr w:type="spellStart"/>
      <w:r w:rsidR="0020709A">
        <w:rPr>
          <w:szCs w:val="24"/>
        </w:rPr>
        <w:t>ügykezelési</w:t>
      </w:r>
      <w:proofErr w:type="spellEnd"/>
      <w:r w:rsidR="0020709A">
        <w:rPr>
          <w:szCs w:val="24"/>
        </w:rPr>
        <w:t xml:space="preserve"> </w:t>
      </w:r>
      <w:proofErr w:type="spellStart"/>
      <w:r w:rsidR="0020709A">
        <w:rPr>
          <w:szCs w:val="24"/>
        </w:rPr>
        <w:t>feladatokat</w:t>
      </w:r>
      <w:proofErr w:type="spellEnd"/>
      <w:r w:rsidR="0020709A">
        <w:rPr>
          <w:szCs w:val="24"/>
        </w:rPr>
        <w:t xml:space="preserve"> is </w:t>
      </w:r>
      <w:proofErr w:type="spellStart"/>
      <w:r w:rsidR="0020709A">
        <w:rPr>
          <w:szCs w:val="24"/>
        </w:rPr>
        <w:t>ellátva</w:t>
      </w:r>
      <w:proofErr w:type="spellEnd"/>
      <w:r w:rsidR="00520D61">
        <w:t xml:space="preserve"> </w:t>
      </w:r>
      <w:r>
        <w:t>;</w:t>
      </w:r>
      <w:r>
        <w:br/>
        <w:t xml:space="preserve">- 2 fő a Nemesbüki Kirendeltségen végez munkát: 1 </w:t>
      </w:r>
      <w:proofErr w:type="spellStart"/>
      <w:r>
        <w:t>fő</w:t>
      </w:r>
      <w:proofErr w:type="spellEnd"/>
      <w:r>
        <w:t xml:space="preserve"> </w:t>
      </w:r>
      <w:proofErr w:type="spellStart"/>
      <w:r>
        <w:t>adóügyi</w:t>
      </w:r>
      <w:proofErr w:type="spellEnd"/>
      <w:r>
        <w:t xml:space="preserve"> </w:t>
      </w:r>
      <w:proofErr w:type="spellStart"/>
      <w:r>
        <w:t>ügyintéző</w:t>
      </w:r>
      <w:proofErr w:type="spellEnd"/>
      <w:r w:rsidR="0020709A">
        <w:t xml:space="preserve"> </w:t>
      </w:r>
      <w:r w:rsidR="0020709A" w:rsidRPr="00520D61">
        <w:t>(</w:t>
      </w:r>
      <w:proofErr w:type="spellStart"/>
      <w:r w:rsidR="0020709A" w:rsidRPr="00520D61">
        <w:t>osztott</w:t>
      </w:r>
      <w:proofErr w:type="spellEnd"/>
      <w:r w:rsidR="0020709A" w:rsidRPr="00520D61">
        <w:t xml:space="preserve"> </w:t>
      </w:r>
      <w:proofErr w:type="spellStart"/>
      <w:r w:rsidR="0020709A" w:rsidRPr="00520D61">
        <w:t>munkakörben</w:t>
      </w:r>
      <w:proofErr w:type="spellEnd"/>
      <w:r w:rsidR="0020709A" w:rsidRPr="00520D61">
        <w:t xml:space="preserve">, </w:t>
      </w:r>
      <w:proofErr w:type="spellStart"/>
      <w:r w:rsidR="0020709A" w:rsidRPr="00520D61">
        <w:t>hatósági</w:t>
      </w:r>
      <w:proofErr w:type="spellEnd"/>
      <w:r w:rsidR="0020709A" w:rsidRPr="00520D61">
        <w:t xml:space="preserve">, </w:t>
      </w:r>
      <w:proofErr w:type="spellStart"/>
      <w:r w:rsidR="0020709A" w:rsidRPr="00520D61">
        <w:t>ügykezelési</w:t>
      </w:r>
      <w:proofErr w:type="spellEnd"/>
      <w:r w:rsidR="0020709A" w:rsidRPr="00520D61">
        <w:t xml:space="preserve"> </w:t>
      </w:r>
      <w:proofErr w:type="spellStart"/>
      <w:r w:rsidR="0020709A" w:rsidRPr="00520D61">
        <w:t>feladatokat</w:t>
      </w:r>
      <w:proofErr w:type="spellEnd"/>
      <w:r w:rsidR="0020709A" w:rsidRPr="00520D61">
        <w:t xml:space="preserve"> is </w:t>
      </w:r>
      <w:proofErr w:type="spellStart"/>
      <w:r w:rsidR="0020709A" w:rsidRPr="00520D61">
        <w:t>ellátva</w:t>
      </w:r>
      <w:proofErr w:type="spellEnd"/>
      <w:r w:rsidR="0020709A" w:rsidRPr="00520D61">
        <w:t>)</w:t>
      </w:r>
      <w:r>
        <w:t xml:space="preserve"> és 1 </w:t>
      </w:r>
      <w:proofErr w:type="spellStart"/>
      <w:r>
        <w:t>fő</w:t>
      </w:r>
      <w:proofErr w:type="spellEnd"/>
      <w:r>
        <w:t xml:space="preserve"> </w:t>
      </w:r>
      <w:proofErr w:type="spellStart"/>
      <w:r>
        <w:t>igazgatási</w:t>
      </w:r>
      <w:proofErr w:type="spellEnd"/>
      <w:r>
        <w:t xml:space="preserve"> </w:t>
      </w:r>
      <w:proofErr w:type="spellStart"/>
      <w:r>
        <w:t>ügyintéző</w:t>
      </w:r>
      <w:proofErr w:type="spellEnd"/>
      <w:r w:rsidR="0020709A">
        <w:t xml:space="preserve"> </w:t>
      </w:r>
      <w:r w:rsidR="0020709A">
        <w:rPr>
          <w:szCs w:val="24"/>
        </w:rPr>
        <w:t>(</w:t>
      </w:r>
      <w:proofErr w:type="spellStart"/>
      <w:r w:rsidR="0020709A">
        <w:rPr>
          <w:szCs w:val="24"/>
        </w:rPr>
        <w:t>osztott</w:t>
      </w:r>
      <w:proofErr w:type="spellEnd"/>
      <w:r w:rsidR="0020709A">
        <w:rPr>
          <w:szCs w:val="24"/>
        </w:rPr>
        <w:t xml:space="preserve"> </w:t>
      </w:r>
      <w:proofErr w:type="spellStart"/>
      <w:r w:rsidR="0020709A">
        <w:rPr>
          <w:szCs w:val="24"/>
        </w:rPr>
        <w:t>munkakörben</w:t>
      </w:r>
      <w:proofErr w:type="spellEnd"/>
      <w:r w:rsidR="0020709A">
        <w:rPr>
          <w:szCs w:val="24"/>
        </w:rPr>
        <w:t xml:space="preserve">, </w:t>
      </w:r>
      <w:proofErr w:type="spellStart"/>
      <w:r w:rsidR="0020709A">
        <w:rPr>
          <w:szCs w:val="24"/>
        </w:rPr>
        <w:t>pénzügyi</w:t>
      </w:r>
      <w:proofErr w:type="spellEnd"/>
      <w:r w:rsidR="0020709A">
        <w:rPr>
          <w:szCs w:val="24"/>
        </w:rPr>
        <w:t xml:space="preserve">, </w:t>
      </w:r>
      <w:proofErr w:type="spellStart"/>
      <w:r w:rsidR="0020709A">
        <w:rPr>
          <w:szCs w:val="24"/>
        </w:rPr>
        <w:t>munkaügyi</w:t>
      </w:r>
      <w:proofErr w:type="spellEnd"/>
      <w:r w:rsidR="0020709A">
        <w:rPr>
          <w:szCs w:val="24"/>
        </w:rPr>
        <w:t xml:space="preserve"> </w:t>
      </w:r>
      <w:proofErr w:type="spellStart"/>
      <w:r w:rsidR="0020709A">
        <w:rPr>
          <w:szCs w:val="24"/>
        </w:rPr>
        <w:t>és</w:t>
      </w:r>
      <w:proofErr w:type="spellEnd"/>
      <w:r w:rsidR="0020709A">
        <w:rPr>
          <w:szCs w:val="24"/>
        </w:rPr>
        <w:t xml:space="preserve"> </w:t>
      </w:r>
      <w:proofErr w:type="spellStart"/>
      <w:r w:rsidR="0020709A">
        <w:rPr>
          <w:szCs w:val="24"/>
        </w:rPr>
        <w:t>ügykezelési</w:t>
      </w:r>
      <w:proofErr w:type="spellEnd"/>
      <w:r w:rsidR="0020709A">
        <w:rPr>
          <w:szCs w:val="24"/>
        </w:rPr>
        <w:t xml:space="preserve"> </w:t>
      </w:r>
      <w:proofErr w:type="spellStart"/>
      <w:r w:rsidR="0020709A">
        <w:rPr>
          <w:szCs w:val="24"/>
        </w:rPr>
        <w:t>feladatokat</w:t>
      </w:r>
      <w:proofErr w:type="spellEnd"/>
      <w:r w:rsidR="0020709A">
        <w:rPr>
          <w:szCs w:val="24"/>
        </w:rPr>
        <w:t xml:space="preserve"> is </w:t>
      </w:r>
      <w:proofErr w:type="spellStart"/>
      <w:r w:rsidR="0020709A">
        <w:rPr>
          <w:szCs w:val="24"/>
        </w:rPr>
        <w:t>ellátva</w:t>
      </w:r>
      <w:proofErr w:type="spellEnd"/>
      <w:r w:rsidR="0020709A">
        <w:rPr>
          <w:szCs w:val="24"/>
        </w:rPr>
        <w:t>)</w:t>
      </w:r>
      <w:r>
        <w:t>. A Nemesbüki Kirendeltségen foglalkoztatott igazgatási ügyintéző munkaidejének 50%-ában a Nemesbüki Kirendeltséghez tartozó települések, 50%-ában a Zalacsányi székhelyhez tartozó települések igazgatási feladatait látja el a jegyző által meghatározott munkamegosztás szerint.</w:t>
      </w:r>
    </w:p>
    <w:p w14:paraId="41405C32" w14:textId="6BB88007" w:rsidR="004830F6" w:rsidRPr="00AD4FE8" w:rsidRDefault="00005F84">
      <w:pPr>
        <w:spacing w:after="120"/>
        <w:jc w:val="both"/>
        <w:rPr>
          <w:b/>
          <w:bCs/>
        </w:rPr>
      </w:pPr>
      <w:r>
        <w:rPr>
          <w:b/>
          <w:bCs/>
        </w:rPr>
        <w:t>3</w:t>
      </w:r>
      <w:r w:rsidR="00D44072" w:rsidRPr="00AD4FE8">
        <w:rPr>
          <w:b/>
          <w:bCs/>
        </w:rPr>
        <w:t>. Az SZMSZ jelen módosítással nem érintett rendelkezései változatlan tartalommal hatályban maradnak.</w:t>
      </w:r>
    </w:p>
    <w:p w14:paraId="5D1DB983" w14:textId="4DE9FE69" w:rsidR="004830F6" w:rsidRPr="00AD4FE8" w:rsidRDefault="00005F84">
      <w:pPr>
        <w:spacing w:after="120"/>
        <w:jc w:val="both"/>
        <w:rPr>
          <w:b/>
          <w:bCs/>
        </w:rPr>
      </w:pPr>
      <w:r>
        <w:rPr>
          <w:b/>
          <w:bCs/>
        </w:rPr>
        <w:t>4</w:t>
      </w:r>
      <w:r w:rsidR="00D44072" w:rsidRPr="00AD4FE8">
        <w:rPr>
          <w:b/>
          <w:bCs/>
        </w:rPr>
        <w:t>. Jelen módosítás 2027. január 1. napján lép hatályba.</w:t>
      </w:r>
    </w:p>
    <w:p w14:paraId="5862BE24" w14:textId="58F6AEA5" w:rsidR="004830F6" w:rsidRDefault="00D44072">
      <w:pPr>
        <w:spacing w:after="120"/>
        <w:jc w:val="both"/>
      </w:pPr>
      <w:r>
        <w:t xml:space="preserve">Zalacsány, 2026. </w:t>
      </w:r>
      <w:proofErr w:type="spellStart"/>
      <w:r w:rsidR="00AD4FE8">
        <w:t>szeptember</w:t>
      </w:r>
      <w:proofErr w:type="spellEnd"/>
      <w:r w:rsidR="00AD4FE8">
        <w:t xml:space="preserve"> 23.</w:t>
      </w:r>
    </w:p>
    <w:p w14:paraId="03DB96A8" w14:textId="77777777" w:rsidR="009604D1" w:rsidRDefault="009604D1">
      <w:pPr>
        <w:spacing w:after="120"/>
        <w:jc w:val="both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03"/>
        <w:gridCol w:w="4703"/>
      </w:tblGrid>
      <w:tr w:rsidR="004830F6" w14:paraId="1827F2DC" w14:textId="77777777">
        <w:tc>
          <w:tcPr>
            <w:tcW w:w="4703" w:type="dxa"/>
          </w:tcPr>
          <w:p w14:paraId="5F2545F7" w14:textId="77777777" w:rsidR="004830F6" w:rsidRDefault="00D44072" w:rsidP="009604D1">
            <w:pPr>
              <w:spacing w:after="0"/>
              <w:jc w:val="center"/>
            </w:pPr>
            <w:r>
              <w:rPr>
                <w:b/>
                <w:sz w:val="22"/>
              </w:rPr>
              <w:t>Nagy Lászlóné</w:t>
            </w:r>
          </w:p>
        </w:tc>
        <w:tc>
          <w:tcPr>
            <w:tcW w:w="4703" w:type="dxa"/>
          </w:tcPr>
          <w:p w14:paraId="33F9FB3C" w14:textId="77777777" w:rsidR="004830F6" w:rsidRDefault="00D44072" w:rsidP="009604D1">
            <w:pPr>
              <w:spacing w:after="0"/>
              <w:jc w:val="center"/>
            </w:pPr>
            <w:r>
              <w:rPr>
                <w:b/>
                <w:sz w:val="22"/>
              </w:rPr>
              <w:t>Fülöp Gábor</w:t>
            </w:r>
          </w:p>
        </w:tc>
      </w:tr>
      <w:tr w:rsidR="004830F6" w14:paraId="49CAFF41" w14:textId="77777777">
        <w:tc>
          <w:tcPr>
            <w:tcW w:w="4703" w:type="dxa"/>
          </w:tcPr>
          <w:p w14:paraId="4F9C8F07" w14:textId="77777777" w:rsidR="004830F6" w:rsidRDefault="00D44072" w:rsidP="009604D1">
            <w:pPr>
              <w:spacing w:after="0"/>
              <w:jc w:val="center"/>
            </w:pPr>
            <w:r>
              <w:rPr>
                <w:sz w:val="22"/>
              </w:rPr>
              <w:t>polgármester</w:t>
            </w:r>
          </w:p>
        </w:tc>
        <w:tc>
          <w:tcPr>
            <w:tcW w:w="4703" w:type="dxa"/>
          </w:tcPr>
          <w:p w14:paraId="4427E6B8" w14:textId="77777777" w:rsidR="004830F6" w:rsidRDefault="00D44072" w:rsidP="009604D1">
            <w:pPr>
              <w:spacing w:after="0"/>
              <w:jc w:val="center"/>
            </w:pPr>
            <w:r>
              <w:rPr>
                <w:sz w:val="22"/>
              </w:rPr>
              <w:t>polgármester</w:t>
            </w:r>
          </w:p>
        </w:tc>
      </w:tr>
      <w:tr w:rsidR="004830F6" w14:paraId="7668F562" w14:textId="77777777">
        <w:tc>
          <w:tcPr>
            <w:tcW w:w="4703" w:type="dxa"/>
          </w:tcPr>
          <w:p w14:paraId="0BAF355C" w14:textId="77777777" w:rsidR="004830F6" w:rsidRDefault="00D44072" w:rsidP="009604D1">
            <w:pPr>
              <w:spacing w:after="0"/>
              <w:jc w:val="center"/>
            </w:pPr>
            <w:r>
              <w:rPr>
                <w:sz w:val="22"/>
              </w:rPr>
              <w:t>Zalacsány Község Önkormányzata</w:t>
            </w:r>
          </w:p>
        </w:tc>
        <w:tc>
          <w:tcPr>
            <w:tcW w:w="4703" w:type="dxa"/>
          </w:tcPr>
          <w:p w14:paraId="5B9ECE9B" w14:textId="77777777" w:rsidR="004830F6" w:rsidRDefault="00D44072" w:rsidP="009604D1">
            <w:pPr>
              <w:spacing w:after="0"/>
              <w:jc w:val="center"/>
            </w:pPr>
            <w:r>
              <w:rPr>
                <w:sz w:val="22"/>
              </w:rPr>
              <w:t>Ligetfalva Község Önkormányzata</w:t>
            </w:r>
          </w:p>
        </w:tc>
      </w:tr>
      <w:tr w:rsidR="004830F6" w14:paraId="51307CC2" w14:textId="77777777">
        <w:tc>
          <w:tcPr>
            <w:tcW w:w="4703" w:type="dxa"/>
          </w:tcPr>
          <w:p w14:paraId="339AB214" w14:textId="77777777" w:rsidR="004830F6" w:rsidRDefault="004830F6">
            <w:pPr>
              <w:jc w:val="center"/>
            </w:pPr>
          </w:p>
        </w:tc>
        <w:tc>
          <w:tcPr>
            <w:tcW w:w="4703" w:type="dxa"/>
          </w:tcPr>
          <w:p w14:paraId="50AE7E4F" w14:textId="77777777" w:rsidR="004830F6" w:rsidRDefault="004830F6">
            <w:pPr>
              <w:jc w:val="center"/>
            </w:pPr>
          </w:p>
        </w:tc>
      </w:tr>
      <w:tr w:rsidR="004830F6" w14:paraId="06375D21" w14:textId="77777777">
        <w:tc>
          <w:tcPr>
            <w:tcW w:w="4703" w:type="dxa"/>
          </w:tcPr>
          <w:p w14:paraId="4C2EF312" w14:textId="77777777" w:rsidR="004830F6" w:rsidRDefault="00D44072" w:rsidP="009604D1">
            <w:pPr>
              <w:spacing w:after="0"/>
              <w:jc w:val="center"/>
            </w:pPr>
            <w:r>
              <w:rPr>
                <w:b/>
                <w:sz w:val="22"/>
              </w:rPr>
              <w:t>Dr. Simotics Barnabás Imre</w:t>
            </w:r>
          </w:p>
        </w:tc>
        <w:tc>
          <w:tcPr>
            <w:tcW w:w="4703" w:type="dxa"/>
          </w:tcPr>
          <w:p w14:paraId="402FD627" w14:textId="77777777" w:rsidR="004830F6" w:rsidRDefault="00D44072" w:rsidP="009604D1">
            <w:pPr>
              <w:spacing w:after="0"/>
              <w:jc w:val="center"/>
            </w:pPr>
            <w:r>
              <w:rPr>
                <w:b/>
                <w:sz w:val="22"/>
              </w:rPr>
              <w:t>Hollós Mónika</w:t>
            </w:r>
          </w:p>
        </w:tc>
      </w:tr>
      <w:tr w:rsidR="004830F6" w14:paraId="6F4B088A" w14:textId="77777777">
        <w:tc>
          <w:tcPr>
            <w:tcW w:w="4703" w:type="dxa"/>
          </w:tcPr>
          <w:p w14:paraId="14FC6EFE" w14:textId="77777777" w:rsidR="004830F6" w:rsidRDefault="00D44072" w:rsidP="009604D1">
            <w:pPr>
              <w:spacing w:after="0"/>
              <w:jc w:val="center"/>
            </w:pPr>
            <w:r>
              <w:rPr>
                <w:sz w:val="22"/>
              </w:rPr>
              <w:t>polgármester</w:t>
            </w:r>
          </w:p>
        </w:tc>
        <w:tc>
          <w:tcPr>
            <w:tcW w:w="4703" w:type="dxa"/>
          </w:tcPr>
          <w:p w14:paraId="333ABC00" w14:textId="77777777" w:rsidR="004830F6" w:rsidRDefault="00D44072" w:rsidP="009604D1">
            <w:pPr>
              <w:spacing w:after="0"/>
              <w:jc w:val="center"/>
            </w:pPr>
            <w:r>
              <w:rPr>
                <w:sz w:val="22"/>
              </w:rPr>
              <w:t>polgármester</w:t>
            </w:r>
          </w:p>
        </w:tc>
      </w:tr>
      <w:tr w:rsidR="004830F6" w14:paraId="72DE5163" w14:textId="77777777">
        <w:tc>
          <w:tcPr>
            <w:tcW w:w="4703" w:type="dxa"/>
          </w:tcPr>
          <w:p w14:paraId="2C938D58" w14:textId="77777777" w:rsidR="004830F6" w:rsidRDefault="00D44072" w:rsidP="009604D1">
            <w:pPr>
              <w:spacing w:after="0"/>
              <w:jc w:val="center"/>
            </w:pPr>
            <w:r>
              <w:rPr>
                <w:sz w:val="22"/>
              </w:rPr>
              <w:t>Nemesbük Község Önkormányzata</w:t>
            </w:r>
          </w:p>
        </w:tc>
        <w:tc>
          <w:tcPr>
            <w:tcW w:w="4703" w:type="dxa"/>
          </w:tcPr>
          <w:p w14:paraId="33A24282" w14:textId="77777777" w:rsidR="004830F6" w:rsidRDefault="00D44072" w:rsidP="009604D1">
            <w:pPr>
              <w:spacing w:after="0"/>
              <w:jc w:val="center"/>
            </w:pPr>
            <w:r>
              <w:rPr>
                <w:sz w:val="22"/>
              </w:rPr>
              <w:t>Zalaköveskút Község Önkormányzata</w:t>
            </w:r>
          </w:p>
        </w:tc>
      </w:tr>
    </w:tbl>
    <w:p w14:paraId="55E52CD6" w14:textId="77777777" w:rsidR="00D44072" w:rsidRDefault="00D44072" w:rsidP="009604D1">
      <w:pPr>
        <w:spacing w:after="0"/>
      </w:pPr>
    </w:p>
    <w:sectPr w:rsidR="00D44072" w:rsidSect="00034616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Szmozottlist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Szmozottlist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Felsorol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Felsorol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Szmozottlist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651522022">
    <w:abstractNumId w:val="8"/>
  </w:num>
  <w:num w:numId="2" w16cid:durableId="1006592976">
    <w:abstractNumId w:val="6"/>
  </w:num>
  <w:num w:numId="3" w16cid:durableId="546375938">
    <w:abstractNumId w:val="5"/>
  </w:num>
  <w:num w:numId="4" w16cid:durableId="181551273">
    <w:abstractNumId w:val="4"/>
  </w:num>
  <w:num w:numId="5" w16cid:durableId="2003660803">
    <w:abstractNumId w:val="7"/>
  </w:num>
  <w:num w:numId="6" w16cid:durableId="923684694">
    <w:abstractNumId w:val="3"/>
  </w:num>
  <w:num w:numId="7" w16cid:durableId="83959678">
    <w:abstractNumId w:val="2"/>
  </w:num>
  <w:num w:numId="8" w16cid:durableId="100686571">
    <w:abstractNumId w:val="1"/>
  </w:num>
  <w:num w:numId="9" w16cid:durableId="1114379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05F84"/>
    <w:rsid w:val="00034616"/>
    <w:rsid w:val="0006063C"/>
    <w:rsid w:val="0015074B"/>
    <w:rsid w:val="0020709A"/>
    <w:rsid w:val="0029639D"/>
    <w:rsid w:val="002B6501"/>
    <w:rsid w:val="00326F90"/>
    <w:rsid w:val="003371B7"/>
    <w:rsid w:val="004830F6"/>
    <w:rsid w:val="00520D61"/>
    <w:rsid w:val="009604D1"/>
    <w:rsid w:val="00AA1D8D"/>
    <w:rsid w:val="00AD4FE8"/>
    <w:rsid w:val="00B47730"/>
    <w:rsid w:val="00CB0664"/>
    <w:rsid w:val="00D44072"/>
    <w:rsid w:val="00D56BB7"/>
    <w:rsid w:val="00ED07B6"/>
    <w:rsid w:val="00FC693F"/>
    <w:rsid w:val="00FD0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80330E9"/>
  <w14:defaultImageDpi w14:val="300"/>
  <w15:docId w15:val="{C6F01FA3-23E6-4D16-A197-B048E3EFA5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FC693F"/>
    <w:rPr>
      <w:rFonts w:ascii="Times New Roman" w:eastAsia="Times New Roman" w:hAnsi="Times New Roman"/>
      <w:sz w:val="24"/>
    </w:rPr>
  </w:style>
  <w:style w:type="paragraph" w:styleId="Cmsor1">
    <w:name w:val="heading 1"/>
    <w:basedOn w:val="Norml"/>
    <w:next w:val="Norml"/>
    <w:link w:val="Cmsor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618BF"/>
  </w:style>
  <w:style w:type="paragraph" w:styleId="llb">
    <w:name w:val="footer"/>
    <w:basedOn w:val="Norml"/>
    <w:link w:val="llb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618BF"/>
  </w:style>
  <w:style w:type="paragraph" w:styleId="Nincstrkz">
    <w:name w:val="No Spacing"/>
    <w:uiPriority w:val="1"/>
    <w:qFormat/>
    <w:rsid w:val="00FC693F"/>
    <w:pPr>
      <w:spacing w:after="0" w:line="240" w:lineRule="auto"/>
    </w:pPr>
  </w:style>
  <w:style w:type="character" w:customStyle="1" w:styleId="Cmsor1Char">
    <w:name w:val="Címsor 1 Char"/>
    <w:basedOn w:val="Bekezdsalapbettpusa"/>
    <w:link w:val="Cmsor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">
    <w:name w:val="Title"/>
    <w:basedOn w:val="Norml"/>
    <w:next w:val="Norml"/>
    <w:link w:val="Cm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aszerbekezds">
    <w:name w:val="List Paragraph"/>
    <w:basedOn w:val="Norml"/>
    <w:uiPriority w:val="34"/>
    <w:qFormat/>
    <w:rsid w:val="00FC693F"/>
    <w:pPr>
      <w:ind w:left="720"/>
      <w:contextualSpacing/>
    </w:pPr>
  </w:style>
  <w:style w:type="paragraph" w:styleId="Szvegtrzs">
    <w:name w:val="Body Text"/>
    <w:basedOn w:val="Norml"/>
    <w:link w:val="SzvegtrzsChar"/>
    <w:uiPriority w:val="99"/>
    <w:unhideWhenUsed/>
    <w:rsid w:val="00AA1D8D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rsid w:val="00AA1D8D"/>
  </w:style>
  <w:style w:type="paragraph" w:styleId="Szvegtrzs2">
    <w:name w:val="Body Text 2"/>
    <w:basedOn w:val="Norml"/>
    <w:link w:val="Szvegtrzs2Char"/>
    <w:uiPriority w:val="99"/>
    <w:unhideWhenUsed/>
    <w:rsid w:val="00AA1D8D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rsid w:val="00AA1D8D"/>
  </w:style>
  <w:style w:type="paragraph" w:styleId="Szvegtrzs3">
    <w:name w:val="Body Text 3"/>
    <w:basedOn w:val="Norml"/>
    <w:link w:val="Szvegtrzs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rsid w:val="00AA1D8D"/>
    <w:rPr>
      <w:sz w:val="16"/>
      <w:szCs w:val="16"/>
    </w:rPr>
  </w:style>
  <w:style w:type="paragraph" w:styleId="Lista">
    <w:name w:val="List"/>
    <w:basedOn w:val="Norm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l"/>
    <w:uiPriority w:val="99"/>
    <w:unhideWhenUsed/>
    <w:rsid w:val="00326F90"/>
    <w:pPr>
      <w:ind w:left="1080" w:hanging="360"/>
      <w:contextualSpacing/>
    </w:pPr>
  </w:style>
  <w:style w:type="paragraph" w:styleId="Felsorols">
    <w:name w:val="List Bullet"/>
    <w:basedOn w:val="Norml"/>
    <w:uiPriority w:val="99"/>
    <w:unhideWhenUsed/>
    <w:rsid w:val="00326F90"/>
    <w:pPr>
      <w:numPr>
        <w:numId w:val="1"/>
      </w:numPr>
      <w:contextualSpacing/>
    </w:pPr>
  </w:style>
  <w:style w:type="paragraph" w:styleId="Felsorols2">
    <w:name w:val="List Bullet 2"/>
    <w:basedOn w:val="Norml"/>
    <w:uiPriority w:val="99"/>
    <w:unhideWhenUsed/>
    <w:rsid w:val="00326F90"/>
    <w:pPr>
      <w:numPr>
        <w:numId w:val="2"/>
      </w:numPr>
      <w:contextualSpacing/>
    </w:pPr>
  </w:style>
  <w:style w:type="paragraph" w:styleId="Felsorols3">
    <w:name w:val="List Bullet 3"/>
    <w:basedOn w:val="Norml"/>
    <w:uiPriority w:val="99"/>
    <w:unhideWhenUsed/>
    <w:rsid w:val="00326F90"/>
    <w:pPr>
      <w:numPr>
        <w:numId w:val="3"/>
      </w:numPr>
      <w:contextualSpacing/>
    </w:pPr>
  </w:style>
  <w:style w:type="paragraph" w:styleId="Szmozottlista">
    <w:name w:val="List Number"/>
    <w:basedOn w:val="Norml"/>
    <w:uiPriority w:val="99"/>
    <w:unhideWhenUsed/>
    <w:rsid w:val="00326F90"/>
    <w:pPr>
      <w:numPr>
        <w:numId w:val="5"/>
      </w:numPr>
      <w:contextualSpacing/>
    </w:pPr>
  </w:style>
  <w:style w:type="paragraph" w:styleId="Szmozottlista2">
    <w:name w:val="List Number 2"/>
    <w:basedOn w:val="Norml"/>
    <w:uiPriority w:val="99"/>
    <w:unhideWhenUsed/>
    <w:rsid w:val="0029639D"/>
    <w:pPr>
      <w:numPr>
        <w:numId w:val="6"/>
      </w:numPr>
      <w:contextualSpacing/>
    </w:pPr>
  </w:style>
  <w:style w:type="paragraph" w:styleId="Szmozottlista3">
    <w:name w:val="List Number 3"/>
    <w:basedOn w:val="Norml"/>
    <w:uiPriority w:val="99"/>
    <w:unhideWhenUsed/>
    <w:rsid w:val="0029639D"/>
    <w:pPr>
      <w:numPr>
        <w:numId w:val="7"/>
      </w:numPr>
      <w:contextualSpacing/>
    </w:pPr>
  </w:style>
  <w:style w:type="paragraph" w:styleId="Listafolytatsa">
    <w:name w:val="List Continue"/>
    <w:basedOn w:val="Norml"/>
    <w:uiPriority w:val="99"/>
    <w:unhideWhenUsed/>
    <w:rsid w:val="0029639D"/>
    <w:pPr>
      <w:spacing w:after="120"/>
      <w:ind w:left="360"/>
      <w:contextualSpacing/>
    </w:pPr>
  </w:style>
  <w:style w:type="paragraph" w:styleId="Listafolytatsa2">
    <w:name w:val="List Continue 2"/>
    <w:basedOn w:val="Norml"/>
    <w:uiPriority w:val="99"/>
    <w:unhideWhenUsed/>
    <w:rsid w:val="0029639D"/>
    <w:pPr>
      <w:spacing w:after="120"/>
      <w:ind w:left="720"/>
      <w:contextualSpacing/>
    </w:pPr>
  </w:style>
  <w:style w:type="paragraph" w:styleId="Listafolytatsa3">
    <w:name w:val="List Continue 3"/>
    <w:basedOn w:val="Norml"/>
    <w:uiPriority w:val="99"/>
    <w:unhideWhenUsed/>
    <w:rsid w:val="0029639D"/>
    <w:pPr>
      <w:spacing w:after="120"/>
      <w:ind w:left="1080"/>
      <w:contextualSpacing/>
    </w:pPr>
  </w:style>
  <w:style w:type="paragraph" w:styleId="Makrszvege">
    <w:name w:val="macro"/>
    <w:link w:val="Makrszvege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szvegeChar">
    <w:name w:val="Makró szövege Char"/>
    <w:basedOn w:val="Bekezdsalapbettpusa"/>
    <w:link w:val="Makrszvege"/>
    <w:uiPriority w:val="99"/>
    <w:rsid w:val="0029639D"/>
    <w:rPr>
      <w:rFonts w:ascii="Courier" w:hAnsi="Courier"/>
      <w:sz w:val="20"/>
      <w:szCs w:val="20"/>
    </w:rPr>
  </w:style>
  <w:style w:type="paragraph" w:styleId="Idzet">
    <w:name w:val="Quote"/>
    <w:basedOn w:val="Norml"/>
    <w:next w:val="Norml"/>
    <w:link w:val="IdzetChar"/>
    <w:uiPriority w:val="29"/>
    <w:qFormat/>
    <w:rsid w:val="00FC693F"/>
    <w:rPr>
      <w:i/>
      <w:iCs/>
      <w:color w:val="000000" w:themeColor="text1"/>
    </w:rPr>
  </w:style>
  <w:style w:type="character" w:customStyle="1" w:styleId="IdzetChar">
    <w:name w:val="Idézet Char"/>
    <w:basedOn w:val="Bekezdsalapbettpusa"/>
    <w:link w:val="Idzet"/>
    <w:uiPriority w:val="29"/>
    <w:rsid w:val="00FC693F"/>
    <w:rPr>
      <w:i/>
      <w:iCs/>
      <w:color w:val="000000" w:themeColor="text1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Kiemels2">
    <w:name w:val="Strong"/>
    <w:basedOn w:val="Bekezdsalapbettpusa"/>
    <w:uiPriority w:val="22"/>
    <w:qFormat/>
    <w:rsid w:val="00FC693F"/>
    <w:rPr>
      <w:b/>
      <w:bCs/>
    </w:rPr>
  </w:style>
  <w:style w:type="character" w:styleId="Kiemels">
    <w:name w:val="Emphasis"/>
    <w:basedOn w:val="Bekezdsalapbettpusa"/>
    <w:uiPriority w:val="20"/>
    <w:qFormat/>
    <w:rsid w:val="00FC693F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FC693F"/>
    <w:rPr>
      <w:b/>
      <w:bCs/>
      <w:i/>
      <w:iCs/>
      <w:color w:val="4F81BD" w:themeColor="accent1"/>
    </w:rPr>
  </w:style>
  <w:style w:type="character" w:styleId="Finomkiemels">
    <w:name w:val="Subtle Emphasis"/>
    <w:basedOn w:val="Bekezdsalapbettpusa"/>
    <w:uiPriority w:val="19"/>
    <w:qFormat/>
    <w:rsid w:val="00FC693F"/>
    <w:rPr>
      <w:i/>
      <w:iCs/>
      <w:color w:val="808080" w:themeColor="text1" w:themeTint="7F"/>
    </w:rPr>
  </w:style>
  <w:style w:type="character" w:styleId="Erskiemels">
    <w:name w:val="Intense Emphasis"/>
    <w:basedOn w:val="Bekezdsalapbettpusa"/>
    <w:uiPriority w:val="21"/>
    <w:qFormat/>
    <w:rsid w:val="00FC693F"/>
    <w:rPr>
      <w:b/>
      <w:bCs/>
      <w:i/>
      <w:iCs/>
      <w:color w:val="4F81BD" w:themeColor="accent1"/>
    </w:rPr>
  </w:style>
  <w:style w:type="character" w:styleId="Finomhivatkozs">
    <w:name w:val="Subtle Reference"/>
    <w:basedOn w:val="Bekezdsalapbettpusa"/>
    <w:uiPriority w:val="31"/>
    <w:qFormat/>
    <w:rsid w:val="00FC693F"/>
    <w:rPr>
      <w:smallCaps/>
      <w:color w:val="C0504D" w:themeColor="accent2"/>
      <w:u w:val="single"/>
    </w:rPr>
  </w:style>
  <w:style w:type="character" w:styleId="Ershivatkozs">
    <w:name w:val="Intense Reference"/>
    <w:basedOn w:val="Bekezdsalapbettpusa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nyvcme">
    <w:name w:val="Book Title"/>
    <w:basedOn w:val="Bekezdsalapbettpusa"/>
    <w:uiPriority w:val="33"/>
    <w:qFormat/>
    <w:rsid w:val="00FC693F"/>
    <w:rPr>
      <w:b/>
      <w:bCs/>
      <w:smallCaps/>
      <w:spacing w:val="5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FC693F"/>
    <w:pPr>
      <w:outlineLvl w:val="9"/>
    </w:pPr>
  </w:style>
  <w:style w:type="table" w:styleId="Rcsostblzat">
    <w:name w:val="Table Grid"/>
    <w:basedOn w:val="Normltblzat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Vilgostnus">
    <w:name w:val="Light Shading"/>
    <w:basedOn w:val="Normltblzat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Vilgosrnykols1jellszn">
    <w:name w:val="Light Shading Accent 1"/>
    <w:basedOn w:val="Normltblzat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Vilgosrnykols2jellszn">
    <w:name w:val="Light Shading Accent 2"/>
    <w:basedOn w:val="Normltblzat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Vilgosrnykols3jellszn">
    <w:name w:val="Light Shading Accent 3"/>
    <w:basedOn w:val="Normltblzat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Vilgosrnykols4jellszn">
    <w:name w:val="Light Shading Accent 4"/>
    <w:basedOn w:val="Normltblzat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Vilgosrnykols5jellszn">
    <w:name w:val="Light Shading Accent 5"/>
    <w:basedOn w:val="Normltblzat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Vilgosrnykols6jellszn">
    <w:name w:val="Light Shading Accent 6"/>
    <w:basedOn w:val="Normltblzat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Vilgoslista">
    <w:name w:val="Light List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Vilgoslista1jellszn">
    <w:name w:val="Light List Accent 1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Vilgoslista2jellszn">
    <w:name w:val="Light List Accent 2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Vilgoslista3jellszn">
    <w:name w:val="Light List Accent 3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Vilgoslista4jellszn">
    <w:name w:val="Light List Accent 4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Vilgoslista5jellszn">
    <w:name w:val="Light List Accent 5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Vilgoslista6jellszn">
    <w:name w:val="Light List Accent 6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Vilgosrcs">
    <w:name w:val="Light Grid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Vilgosrcs1jellszn">
    <w:name w:val="Light Grid Accent 1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Vilgosrcs2jellszn">
    <w:name w:val="Light Grid Accent 2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Vilgosrcs3jellszn">
    <w:name w:val="Light Grid Accent 3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Vilgosrcs4jellszn">
    <w:name w:val="Light Grid Accent 4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Vilgosrcs5jellszn">
    <w:name w:val="Light Grid Accent 5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Vilgosrcs6jellszn">
    <w:name w:val="Light Grid Accent 6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Kzepesrnykols1">
    <w:name w:val="Medium Shading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1jellszn">
    <w:name w:val="Medium Shading 1 Accent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2jellszn">
    <w:name w:val="Medium Shading 1 Accent 2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3jellszn">
    <w:name w:val="Medium Shading 1 Accent 3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4jellszn">
    <w:name w:val="Medium Shading 1 Accent 4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5jellszn">
    <w:name w:val="Medium Shading 1 Accent 5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6jellszn">
    <w:name w:val="Medium Shading 1 Accent 6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2">
    <w:name w:val="Medium Shading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1jellszn">
    <w:name w:val="Medium Shading 2 Accent 1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2jellszn">
    <w:name w:val="Medium Shading 2 Accent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3jellszn">
    <w:name w:val="Medium Shading 2 Accent 3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4jellszn">
    <w:name w:val="Medium Shading 2 Accent 4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5jellszn">
    <w:name w:val="Medium Shading 2 Accent 5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6jellszn">
    <w:name w:val="Medium Shading 2 Accent 6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lista1">
    <w:name w:val="Medium Lis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Kzepeslista11jellszn">
    <w:name w:val="Medium List 1 Accen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Kzepeslista12jellszn">
    <w:name w:val="Medium List 1 Accent 2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Kzepeslista13jellszn">
    <w:name w:val="Medium List 1 Accent 3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Kzepeslista14jellszn">
    <w:name w:val="Medium List 1 Accent 4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Kzepeslista15jellszn">
    <w:name w:val="Medium List 1 Accent 5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Kzepeslista16jellszn">
    <w:name w:val="Medium List 1 Accent 6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Kzepeslista2">
    <w:name w:val="Medium Lis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1jellszn">
    <w:name w:val="Medium List 2 Accent 1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2jellszn">
    <w:name w:val="Medium List 2 Accen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3jellszn">
    <w:name w:val="Medium List 2 Accent 3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4jellszn">
    <w:name w:val="Medium List 2 Accent 4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5jellszn">
    <w:name w:val="Medium List 2 Accent 5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6jellszn">
    <w:name w:val="Medium List 2 Accent 6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rcs1">
    <w:name w:val="Medium Grid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zepesrcs11jellszn">
    <w:name w:val="Medium Grid 1 Accent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zepesrcs12jellszn">
    <w:name w:val="Medium Grid 1 Accent 2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zepesrcs13jellszn">
    <w:name w:val="Medium Grid 1 Accent 3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zepesrcs14jellszn">
    <w:name w:val="Medium Grid 1 Accent 4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zepesrcs15jellszn">
    <w:name w:val="Medium Grid 1 Accent 5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zepesrcs16jellszn">
    <w:name w:val="Medium Grid 1 Accent 6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Kzepesrcs2">
    <w:name w:val="Medium Grid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1jellszn">
    <w:name w:val="Medium Grid 2 Accent 1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2jellszn">
    <w:name w:val="Medium Grid 2 Accent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3jellszn">
    <w:name w:val="Medium Grid 2 Accent 3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4jellszn">
    <w:name w:val="Medium Grid 2 Accent 4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5jellszn">
    <w:name w:val="Medium Grid 2 Accent 5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6jellszn">
    <w:name w:val="Medium Grid 2 Accent 6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3">
    <w:name w:val="Medium Grid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Kzepesrcs31jellszn">
    <w:name w:val="Medium Grid 3 Accent 1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Kzepesrcs32jellszn">
    <w:name w:val="Medium Grid 3 Accent 2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Kzepesrcs33jellszn">
    <w:name w:val="Medium Grid 3 Accent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Kzepesrcs34jellszn">
    <w:name w:val="Medium Grid 3 Accent 4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Kzepesrcs35jellszn">
    <w:name w:val="Medium Grid 3 Accent 5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Kzepesrcs36jellszn">
    <w:name w:val="Medium Grid 3 Accent 6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Sttlista">
    <w:name w:val="Dark List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Sttlista1jellszn">
    <w:name w:val="Dark List Accent 1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Sttlista2jellszn">
    <w:name w:val="Dark List Accent 2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Sttlista3jellszn">
    <w:name w:val="Dark List Accent 3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Sttlista4jellszn">
    <w:name w:val="Dark List Accent 4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Sttlista5jellszn">
    <w:name w:val="Dark List Accent 5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Sttlista6jellszn">
    <w:name w:val="Dark List Accent 6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znesrnykols">
    <w:name w:val="Colorful Shading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1jellszn">
    <w:name w:val="Colorful Shading Accent 1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2jellszn">
    <w:name w:val="Colorful Shading Accent 2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3jellszn">
    <w:name w:val="Colorful Shading Accent 3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nykols4jellszn">
    <w:name w:val="Colorful Shading Accent 4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5jellszn">
    <w:name w:val="Colorful Shading Accent 5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6jellszn">
    <w:name w:val="Colorful Shading Accent 6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lista">
    <w:name w:val="Colorful List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Szneslista1jellszn">
    <w:name w:val="Colorful List Accent 1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Szneslista2jellszn">
    <w:name w:val="Colorful List Accent 2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Szneslista3jellszn">
    <w:name w:val="Colorful List Accent 3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zneslista4jellszn">
    <w:name w:val="Colorful List Accent 4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Szneslista5jellszn">
    <w:name w:val="Colorful List Accent 5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Szneslista6jellszn">
    <w:name w:val="Colorful List Accent 6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Sznesrcs">
    <w:name w:val="Colorful Grid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znesrcs1jellszn">
    <w:name w:val="Colorful Grid Accent 1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znesrcs2jellszn">
    <w:name w:val="Colorful Grid Accent 2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znesrcs3jellszn">
    <w:name w:val="Colorful Grid Accent 3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cs4jellszn">
    <w:name w:val="Colorful Grid Accent 4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znesrcs5jellszn">
    <w:name w:val="Colorful Grid Accent 5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znesrcs6jellszn">
    <w:name w:val="Colorful Grid Accent 6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266</Words>
  <Characters>1837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2099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Win11</cp:lastModifiedBy>
  <cp:revision>5</cp:revision>
  <dcterms:created xsi:type="dcterms:W3CDTF">2026-09-16T13:36:00Z</dcterms:created>
  <dcterms:modified xsi:type="dcterms:W3CDTF">2026-09-16T13:36:00Z</dcterms:modified>
  <cp:category/>
</cp:coreProperties>
</file>